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8238F" w14:textId="77777777" w:rsidR="000E2108" w:rsidRDefault="009D701B">
      <w:pPr>
        <w:pStyle w:val="Title"/>
      </w:pPr>
      <w:r>
        <w:t>Safety Culture Checklist</w:t>
      </w:r>
    </w:p>
    <w:p w14:paraId="0D28FD85" w14:textId="77777777" w:rsidR="000E2108" w:rsidRDefault="009D701B">
      <w:r>
        <w:rPr>
          <w:b/>
          <w:sz w:val="26"/>
        </w:rPr>
        <w:t>21 questions to help you take an honest look at your organisation</w:t>
      </w:r>
    </w:p>
    <w:p w14:paraId="78927F40" w14:textId="77777777" w:rsidR="000E2108" w:rsidRDefault="009D701B">
      <w:pPr>
        <w:spacing w:after="100"/>
      </w:pPr>
      <w:r>
        <w:t>Your safety culture is not simply about whether you have the right policies and procedures in place. It is reflected in what leaders prioritise, how people behave when pressures arise, whether employees feel able to speak up, and how your organisation responds when things do not go to plan.</w:t>
      </w:r>
    </w:p>
    <w:p w14:paraId="2728B356" w14:textId="77777777" w:rsidR="000E2108" w:rsidRDefault="009D701B">
      <w:pPr>
        <w:spacing w:after="100"/>
      </w:pPr>
      <w:r>
        <w:t>This checklist is adapted from the seven areas explored in the Health and Safety Executive (HSE) Safety Culture Inspector's Toolkit: Management Commitment, Communication, Employee Involvement, Training &amp; Information, Motivation, Compliance with Procedures and Learning Organisation.</w:t>
      </w:r>
    </w:p>
    <w:p w14:paraId="5F74B219" w14:textId="77777777" w:rsidR="000E2108" w:rsidRDefault="009D701B">
      <w:pPr>
        <w:pStyle w:val="Heading1"/>
      </w:pPr>
      <w:r>
        <w:t>Before you start</w:t>
      </w:r>
    </w:p>
    <w:p w14:paraId="1AE14A57" w14:textId="77777777" w:rsidR="000E2108" w:rsidRDefault="009D701B">
      <w:pPr>
        <w:spacing w:after="100"/>
      </w:pPr>
      <w:r>
        <w:rPr>
          <w:b/>
          <w:sz w:val="24"/>
        </w:rPr>
        <w:t>Don't complete this checklist from your desk.</w:t>
      </w:r>
    </w:p>
    <w:p w14:paraId="4FEDBC9A" w14:textId="77777777" w:rsidR="000E2108" w:rsidRDefault="009D701B">
      <w:pPr>
        <w:spacing w:after="100"/>
      </w:pPr>
      <w:r>
        <w:t>Talk to people at different levels of your organisation. Ask the questions, listen to what they tell you and compare their answers with what managers believe happens. Look for examples rather than simply accepting 'yes, we do that'. The differences between people's experiences may tell you as much about your culture as their answers.</w:t>
      </w:r>
    </w:p>
    <w:p w14:paraId="6E694758" w14:textId="77777777" w:rsidR="000E2108" w:rsidRDefault="009D701B">
      <w:pPr>
        <w:spacing w:after="100"/>
      </w:pPr>
      <w:r>
        <w:t>For each question, make a note of what you found and anything you might want to improve. This checklist is intended to prompt exploration and discussion rather than produce a score.</w:t>
      </w:r>
    </w:p>
    <w:p w14:paraId="57E2EE48" w14:textId="77777777" w:rsidR="000E2108" w:rsidRDefault="009D701B">
      <w:pPr>
        <w:pStyle w:val="Heading1"/>
      </w:pPr>
      <w:r>
        <w:t>1. Management Commitment</w:t>
      </w:r>
    </w:p>
    <w:p w14:paraId="37DC2EFA" w14:textId="77777777" w:rsidR="000E2108" w:rsidRDefault="009D701B">
      <w:pPr>
        <w:spacing w:after="140"/>
      </w:pPr>
      <w:r>
        <w:rPr>
          <w:i/>
        </w:rPr>
        <w:t>HSE highlights management priorities, visible leadership, management actions and the balance between safety and production as important indicators of safety culture.</w:t>
      </w:r>
    </w:p>
    <w:p w14:paraId="1502F91A" w14:textId="77777777" w:rsidR="000E2108" w:rsidRDefault="009D701B">
      <w:pPr>
        <w:spacing w:after="60"/>
      </w:pPr>
      <w:r>
        <w:rPr>
          <w:b/>
          <w:sz w:val="22"/>
        </w:rPr>
        <w:t>☐</w:t>
      </w:r>
      <w:r>
        <w:rPr>
          <w:b/>
          <w:sz w:val="22"/>
        </w:rPr>
        <w:t xml:space="preserve"> 1. What happens when safety and operational pressures compete?</w:t>
      </w:r>
    </w:p>
    <w:p w14:paraId="2E1B0A7A" w14:textId="77777777" w:rsidR="000E2108" w:rsidRDefault="009D701B">
      <w:pPr>
        <w:spacing w:after="60"/>
      </w:pPr>
      <w:r>
        <w:t>Think about recent examples where there was pressure to meet a deadline, maintain production, reduce costs or satisfy a customer.</w:t>
      </w:r>
    </w:p>
    <w:p w14:paraId="5E6DAE5B" w14:textId="77777777" w:rsidR="000E2108" w:rsidRDefault="009D701B">
      <w:pPr>
        <w:spacing w:after="60"/>
      </w:pPr>
      <w:r>
        <w:rPr>
          <w:b/>
        </w:rPr>
        <w:t xml:space="preserve">Ask: </w:t>
      </w:r>
      <w:r>
        <w:t>What did managers actually prioritise? Would employees describe that decision in the same way?</w:t>
      </w:r>
    </w:p>
    <w:p w14:paraId="30C6B034" w14:textId="77777777" w:rsidR="000E2108" w:rsidRDefault="009D701B">
      <w:pPr>
        <w:spacing w:before="40" w:after="20"/>
      </w:pPr>
      <w:r>
        <w:rPr>
          <w:b/>
        </w:rPr>
        <w:t>What did you find?</w:t>
      </w:r>
    </w:p>
    <w:p w14:paraId="516277E2" w14:textId="77777777" w:rsidR="000E2108" w:rsidRDefault="009D701B">
      <w:pPr>
        <w:spacing w:after="20"/>
      </w:pPr>
      <w:r>
        <w:t>............................................................................................................................</w:t>
      </w:r>
    </w:p>
    <w:p w14:paraId="499DED65" w14:textId="77777777" w:rsidR="000E2108" w:rsidRDefault="009D701B">
      <w:pPr>
        <w:spacing w:after="100"/>
      </w:pPr>
      <w:r>
        <w:t>............................................................................................................................</w:t>
      </w:r>
    </w:p>
    <w:p w14:paraId="4AA922CB" w14:textId="77777777" w:rsidR="000E2108" w:rsidRDefault="009D701B">
      <w:pPr>
        <w:spacing w:before="40" w:after="20"/>
      </w:pPr>
      <w:r>
        <w:rPr>
          <w:b/>
        </w:rPr>
        <w:t>What could you improve?</w:t>
      </w:r>
    </w:p>
    <w:p w14:paraId="55A89D30" w14:textId="77777777" w:rsidR="000E2108" w:rsidRDefault="009D701B">
      <w:pPr>
        <w:spacing w:after="20"/>
      </w:pPr>
      <w:r>
        <w:t>............................................................................................................................</w:t>
      </w:r>
    </w:p>
    <w:p w14:paraId="40A3134E" w14:textId="77777777" w:rsidR="000E2108" w:rsidRDefault="009D701B">
      <w:pPr>
        <w:spacing w:after="100"/>
      </w:pPr>
      <w:r>
        <w:t>............................................................................................................................</w:t>
      </w:r>
    </w:p>
    <w:p w14:paraId="4B285B25" w14:textId="77777777" w:rsidR="000E2108" w:rsidRDefault="009D701B">
      <w:pPr>
        <w:spacing w:after="60"/>
      </w:pPr>
      <w:r>
        <w:rPr>
          <w:b/>
          <w:sz w:val="22"/>
        </w:rPr>
        <w:t>☐</w:t>
      </w:r>
      <w:r>
        <w:rPr>
          <w:b/>
          <w:sz w:val="22"/>
        </w:rPr>
        <w:t xml:space="preserve"> 2. Are managers visibly involved in health and safety?</w:t>
      </w:r>
    </w:p>
    <w:p w14:paraId="663D830A" w14:textId="77777777" w:rsidR="000E2108" w:rsidRDefault="009D701B">
      <w:pPr>
        <w:spacing w:after="60"/>
      </w:pPr>
      <w:r>
        <w:t>Do managers regularly spend time where work happens, talk to people about safety and risk, and take an interest in the issues employees experience?</w:t>
      </w:r>
    </w:p>
    <w:p w14:paraId="60D90659" w14:textId="77777777" w:rsidR="000E2108" w:rsidRDefault="009D701B">
      <w:pPr>
        <w:spacing w:after="60"/>
      </w:pPr>
      <w:r>
        <w:rPr>
          <w:b/>
        </w:rPr>
        <w:t xml:space="preserve">Ask: </w:t>
      </w:r>
      <w:r>
        <w:t>When did you last have a genuine safety conversation with a manager?</w:t>
      </w:r>
    </w:p>
    <w:p w14:paraId="00D57DDF" w14:textId="77777777" w:rsidR="000E2108" w:rsidRDefault="009D701B">
      <w:pPr>
        <w:spacing w:before="40" w:after="20"/>
      </w:pPr>
      <w:r>
        <w:rPr>
          <w:b/>
        </w:rPr>
        <w:t>What did you find?</w:t>
      </w:r>
    </w:p>
    <w:p w14:paraId="194A78F4" w14:textId="77777777" w:rsidR="000E2108" w:rsidRDefault="009D701B">
      <w:pPr>
        <w:spacing w:after="20"/>
      </w:pPr>
      <w:r>
        <w:t>............................................................................................................................</w:t>
      </w:r>
    </w:p>
    <w:p w14:paraId="590EF12C" w14:textId="77777777" w:rsidR="000E2108" w:rsidRDefault="009D701B">
      <w:pPr>
        <w:spacing w:after="100"/>
      </w:pPr>
      <w:r>
        <w:t>............................................................................................................................</w:t>
      </w:r>
    </w:p>
    <w:p w14:paraId="2D4703BC" w14:textId="77777777" w:rsidR="000E2108" w:rsidRDefault="009D701B">
      <w:pPr>
        <w:spacing w:before="40" w:after="20"/>
      </w:pPr>
      <w:r>
        <w:rPr>
          <w:b/>
        </w:rPr>
        <w:t>What could you improve?</w:t>
      </w:r>
    </w:p>
    <w:p w14:paraId="1866FDE5" w14:textId="77777777" w:rsidR="000E2108" w:rsidRDefault="009D701B">
      <w:pPr>
        <w:spacing w:after="20"/>
      </w:pPr>
      <w:r>
        <w:lastRenderedPageBreak/>
        <w:t>............................................................................................................................</w:t>
      </w:r>
    </w:p>
    <w:p w14:paraId="4226EF51" w14:textId="77777777" w:rsidR="000E2108" w:rsidRDefault="009D701B">
      <w:pPr>
        <w:spacing w:after="100"/>
      </w:pPr>
      <w:r>
        <w:t>............................................................................................................................</w:t>
      </w:r>
    </w:p>
    <w:p w14:paraId="6AB7C7F2" w14:textId="77777777" w:rsidR="000E2108" w:rsidRDefault="009D701B">
      <w:pPr>
        <w:spacing w:after="60"/>
      </w:pPr>
      <w:r>
        <w:rPr>
          <w:b/>
          <w:sz w:val="22"/>
        </w:rPr>
        <w:t>☐</w:t>
      </w:r>
      <w:r>
        <w:rPr>
          <w:b/>
          <w:sz w:val="22"/>
        </w:rPr>
        <w:t xml:space="preserve"> 3. Do managers follow through when safety issues are raised?</w:t>
      </w:r>
    </w:p>
    <w:p w14:paraId="277E80BB" w14:textId="77777777" w:rsidR="000E2108" w:rsidRDefault="009D701B">
      <w:pPr>
        <w:spacing w:after="60"/>
      </w:pPr>
      <w:r>
        <w:t>Consider what happens after somebody raises a concern. Is it dealt with effectively? Does the person hear what happened?</w:t>
      </w:r>
    </w:p>
    <w:p w14:paraId="3B1D5C67" w14:textId="77777777" w:rsidR="000E2108" w:rsidRDefault="009D701B">
      <w:pPr>
        <w:spacing w:after="60"/>
      </w:pPr>
      <w:r>
        <w:rPr>
          <w:b/>
        </w:rPr>
        <w:t xml:space="preserve">Ask: </w:t>
      </w:r>
      <w:r>
        <w:t>Do employees trust managers to take their safety concerns seriously?</w:t>
      </w:r>
    </w:p>
    <w:p w14:paraId="706EA66B" w14:textId="77777777" w:rsidR="000E2108" w:rsidRDefault="009D701B">
      <w:pPr>
        <w:spacing w:before="40" w:after="20"/>
      </w:pPr>
      <w:r>
        <w:rPr>
          <w:b/>
        </w:rPr>
        <w:t>What did you find?</w:t>
      </w:r>
    </w:p>
    <w:p w14:paraId="5FF35041" w14:textId="77777777" w:rsidR="000E2108" w:rsidRDefault="009D701B">
      <w:pPr>
        <w:spacing w:after="20"/>
      </w:pPr>
      <w:r>
        <w:t>............................................................................................................................</w:t>
      </w:r>
    </w:p>
    <w:p w14:paraId="145AB159" w14:textId="77777777" w:rsidR="000E2108" w:rsidRDefault="009D701B">
      <w:pPr>
        <w:spacing w:after="100"/>
      </w:pPr>
      <w:r>
        <w:t>............................................................................................................................</w:t>
      </w:r>
    </w:p>
    <w:p w14:paraId="76524DBD" w14:textId="77777777" w:rsidR="000E2108" w:rsidRDefault="009D701B">
      <w:pPr>
        <w:spacing w:before="40" w:after="20"/>
      </w:pPr>
      <w:r>
        <w:rPr>
          <w:b/>
        </w:rPr>
        <w:t>What could you improve?</w:t>
      </w:r>
    </w:p>
    <w:p w14:paraId="4E7D4485" w14:textId="77777777" w:rsidR="000E2108" w:rsidRDefault="009D701B">
      <w:pPr>
        <w:spacing w:after="20"/>
      </w:pPr>
      <w:r>
        <w:t>............................................................................................................................</w:t>
      </w:r>
    </w:p>
    <w:p w14:paraId="36BA7BB5" w14:textId="77777777" w:rsidR="000E2108" w:rsidRDefault="009D701B">
      <w:pPr>
        <w:spacing w:after="100"/>
      </w:pPr>
      <w:r>
        <w:t>............................................................................................................................</w:t>
      </w:r>
    </w:p>
    <w:p w14:paraId="2B289CFB" w14:textId="77777777" w:rsidR="000E2108" w:rsidRDefault="009D701B">
      <w:pPr>
        <w:pStyle w:val="Heading1"/>
      </w:pPr>
      <w:r>
        <w:t>2. Communication</w:t>
      </w:r>
    </w:p>
    <w:p w14:paraId="501B14EF" w14:textId="77777777" w:rsidR="000E2108" w:rsidRDefault="009D701B">
      <w:pPr>
        <w:spacing w:after="140"/>
      </w:pPr>
      <w:r>
        <w:rPr>
          <w:i/>
        </w:rPr>
        <w:t>The HSE toolkit looks for effective two-way communication, regular safety discussion and openness between people at different levels.</w:t>
      </w:r>
    </w:p>
    <w:p w14:paraId="39FF072A" w14:textId="77777777" w:rsidR="000E2108" w:rsidRDefault="009D701B">
      <w:pPr>
        <w:spacing w:after="60"/>
      </w:pPr>
      <w:r>
        <w:rPr>
          <w:b/>
          <w:sz w:val="22"/>
        </w:rPr>
        <w:t>☐</w:t>
      </w:r>
      <w:r>
        <w:rPr>
          <w:b/>
          <w:sz w:val="22"/>
        </w:rPr>
        <w:t xml:space="preserve"> 4. Is health and safety part of everyday conversation?</w:t>
      </w:r>
    </w:p>
    <w:p w14:paraId="07C2B725" w14:textId="77777777" w:rsidR="000E2108" w:rsidRDefault="009D701B">
      <w:pPr>
        <w:spacing w:after="60"/>
      </w:pPr>
      <w:r>
        <w:t>Or is it mainly discussed during toolbox talks, safety meetings, inspections or after something has gone wrong?</w:t>
      </w:r>
    </w:p>
    <w:p w14:paraId="53F8B499" w14:textId="77777777" w:rsidR="000E2108" w:rsidRDefault="009D701B">
      <w:pPr>
        <w:spacing w:after="60"/>
      </w:pPr>
      <w:r>
        <w:rPr>
          <w:b/>
        </w:rPr>
        <w:t xml:space="preserve">Ask: </w:t>
      </w:r>
      <w:r>
        <w:t>When and where do people naturally talk about safety during their working day?</w:t>
      </w:r>
    </w:p>
    <w:p w14:paraId="0735273B" w14:textId="77777777" w:rsidR="000E2108" w:rsidRDefault="009D701B">
      <w:pPr>
        <w:spacing w:before="40" w:after="20"/>
      </w:pPr>
      <w:r>
        <w:rPr>
          <w:b/>
        </w:rPr>
        <w:t>What did you find?</w:t>
      </w:r>
    </w:p>
    <w:p w14:paraId="1D2EA727" w14:textId="77777777" w:rsidR="000E2108" w:rsidRDefault="009D701B">
      <w:pPr>
        <w:spacing w:after="20"/>
      </w:pPr>
      <w:r>
        <w:t>............................................................................................................................</w:t>
      </w:r>
    </w:p>
    <w:p w14:paraId="21CF36CC" w14:textId="77777777" w:rsidR="000E2108" w:rsidRDefault="009D701B">
      <w:pPr>
        <w:spacing w:after="100"/>
      </w:pPr>
      <w:r>
        <w:t>............................................................................................................................</w:t>
      </w:r>
    </w:p>
    <w:p w14:paraId="2575E95B" w14:textId="77777777" w:rsidR="000E2108" w:rsidRDefault="009D701B">
      <w:pPr>
        <w:spacing w:before="40" w:after="20"/>
      </w:pPr>
      <w:r>
        <w:rPr>
          <w:b/>
        </w:rPr>
        <w:t>What could you improve?</w:t>
      </w:r>
    </w:p>
    <w:p w14:paraId="37861935" w14:textId="77777777" w:rsidR="000E2108" w:rsidRDefault="009D701B">
      <w:pPr>
        <w:spacing w:after="20"/>
      </w:pPr>
      <w:r>
        <w:t>............................................................................................................................</w:t>
      </w:r>
    </w:p>
    <w:p w14:paraId="2E81D53B" w14:textId="77777777" w:rsidR="000E2108" w:rsidRDefault="009D701B">
      <w:pPr>
        <w:spacing w:after="100"/>
      </w:pPr>
      <w:r>
        <w:t>............................................................................................................................</w:t>
      </w:r>
    </w:p>
    <w:p w14:paraId="45DDFD25" w14:textId="77777777" w:rsidR="000E2108" w:rsidRDefault="009D701B">
      <w:pPr>
        <w:spacing w:after="60"/>
      </w:pPr>
      <w:r>
        <w:rPr>
          <w:b/>
          <w:sz w:val="22"/>
        </w:rPr>
        <w:t>☐</w:t>
      </w:r>
      <w:r>
        <w:rPr>
          <w:b/>
          <w:sz w:val="22"/>
        </w:rPr>
        <w:t xml:space="preserve"> 5. Can safety information travel upwards as easily as it travels downwards?</w:t>
      </w:r>
    </w:p>
    <w:p w14:paraId="70453D92" w14:textId="77777777" w:rsidR="000E2108" w:rsidRDefault="009D701B">
      <w:pPr>
        <w:spacing w:after="60"/>
      </w:pPr>
      <w:r>
        <w:t>It is relatively easy for managers to issue instructions. Consider how easy it is for an employee to question something, raise a concern or say that something is not working.</w:t>
      </w:r>
    </w:p>
    <w:p w14:paraId="2B57EEAB" w14:textId="77777777" w:rsidR="000E2108" w:rsidRDefault="009D701B">
      <w:pPr>
        <w:spacing w:after="60"/>
      </w:pPr>
      <w:r>
        <w:rPr>
          <w:b/>
        </w:rPr>
        <w:t xml:space="preserve">Ask: </w:t>
      </w:r>
      <w:r>
        <w:t>How comfortable would you feel raising a safety concern with your manager?</w:t>
      </w:r>
    </w:p>
    <w:p w14:paraId="676BEDDC" w14:textId="77777777" w:rsidR="000E2108" w:rsidRDefault="009D701B">
      <w:pPr>
        <w:spacing w:before="40" w:after="20"/>
      </w:pPr>
      <w:r>
        <w:rPr>
          <w:b/>
        </w:rPr>
        <w:t>What did you find?</w:t>
      </w:r>
    </w:p>
    <w:p w14:paraId="329105A9" w14:textId="77777777" w:rsidR="000E2108" w:rsidRDefault="009D701B">
      <w:pPr>
        <w:spacing w:after="20"/>
      </w:pPr>
      <w:r>
        <w:t>............................................................................................................................</w:t>
      </w:r>
    </w:p>
    <w:p w14:paraId="0092FE17" w14:textId="77777777" w:rsidR="000E2108" w:rsidRDefault="009D701B">
      <w:pPr>
        <w:spacing w:after="100"/>
      </w:pPr>
      <w:r>
        <w:t>............................................................................................................................</w:t>
      </w:r>
    </w:p>
    <w:p w14:paraId="222A55BB" w14:textId="77777777" w:rsidR="000E2108" w:rsidRDefault="009D701B">
      <w:pPr>
        <w:spacing w:before="40" w:after="20"/>
      </w:pPr>
      <w:r>
        <w:rPr>
          <w:b/>
        </w:rPr>
        <w:t>What could you improve?</w:t>
      </w:r>
    </w:p>
    <w:p w14:paraId="4D27A234" w14:textId="77777777" w:rsidR="000E2108" w:rsidRDefault="009D701B">
      <w:pPr>
        <w:spacing w:after="20"/>
      </w:pPr>
      <w:r>
        <w:t>............................................................................................................................</w:t>
      </w:r>
    </w:p>
    <w:p w14:paraId="04867DDF" w14:textId="77777777" w:rsidR="000E2108" w:rsidRDefault="009D701B">
      <w:pPr>
        <w:spacing w:after="100"/>
      </w:pPr>
      <w:r>
        <w:t>............................................................................................................................</w:t>
      </w:r>
    </w:p>
    <w:p w14:paraId="36978F0E" w14:textId="77777777" w:rsidR="000E2108" w:rsidRDefault="009D701B">
      <w:pPr>
        <w:spacing w:after="60"/>
      </w:pPr>
      <w:r>
        <w:rPr>
          <w:b/>
          <w:sz w:val="22"/>
        </w:rPr>
        <w:t>☐</w:t>
      </w:r>
      <w:r>
        <w:rPr>
          <w:b/>
          <w:sz w:val="22"/>
        </w:rPr>
        <w:t xml:space="preserve"> 6. Do people know what happens after they speak up?</w:t>
      </w:r>
    </w:p>
    <w:p w14:paraId="6F57EB04" w14:textId="77777777" w:rsidR="000E2108" w:rsidRDefault="009D701B">
      <w:pPr>
        <w:spacing w:after="60"/>
      </w:pPr>
      <w:r>
        <w:t>Look at recent concerns, suggestions or safety issues raised by employees.</w:t>
      </w:r>
    </w:p>
    <w:p w14:paraId="1ADFFDFA" w14:textId="77777777" w:rsidR="000E2108" w:rsidRDefault="009D701B">
      <w:pPr>
        <w:spacing w:after="60"/>
      </w:pPr>
      <w:r>
        <w:rPr>
          <w:b/>
        </w:rPr>
        <w:t xml:space="preserve">Ask: </w:t>
      </w:r>
      <w:r>
        <w:t>Were they acknowledged, acted upon and the outcome communicated back?</w:t>
      </w:r>
    </w:p>
    <w:p w14:paraId="1E1F2DAC" w14:textId="77777777" w:rsidR="000E2108" w:rsidRDefault="009D701B">
      <w:pPr>
        <w:spacing w:before="40" w:after="20"/>
      </w:pPr>
      <w:r>
        <w:rPr>
          <w:b/>
        </w:rPr>
        <w:t>What did you find?</w:t>
      </w:r>
    </w:p>
    <w:p w14:paraId="2D27EEC3" w14:textId="77777777" w:rsidR="000E2108" w:rsidRDefault="009D701B">
      <w:pPr>
        <w:spacing w:after="20"/>
      </w:pPr>
      <w:r>
        <w:t>............................................................................................................................</w:t>
      </w:r>
    </w:p>
    <w:p w14:paraId="6FFF690E" w14:textId="77777777" w:rsidR="000E2108" w:rsidRDefault="009D701B">
      <w:pPr>
        <w:spacing w:after="100"/>
      </w:pPr>
      <w:r>
        <w:t>............................................................................................................................</w:t>
      </w:r>
    </w:p>
    <w:p w14:paraId="346E4376" w14:textId="77777777" w:rsidR="000E2108" w:rsidRDefault="009D701B">
      <w:pPr>
        <w:spacing w:before="40" w:after="20"/>
      </w:pPr>
      <w:r>
        <w:rPr>
          <w:b/>
        </w:rPr>
        <w:lastRenderedPageBreak/>
        <w:t>What could you improve?</w:t>
      </w:r>
    </w:p>
    <w:p w14:paraId="051EC5A3" w14:textId="77777777" w:rsidR="000E2108" w:rsidRDefault="009D701B">
      <w:pPr>
        <w:spacing w:after="20"/>
      </w:pPr>
      <w:r>
        <w:t>............................................................................................................................</w:t>
      </w:r>
    </w:p>
    <w:p w14:paraId="0890A16F" w14:textId="77777777" w:rsidR="000E2108" w:rsidRDefault="009D701B">
      <w:pPr>
        <w:spacing w:after="100"/>
      </w:pPr>
      <w:r>
        <w:t>............................................................................................................................</w:t>
      </w:r>
    </w:p>
    <w:p w14:paraId="2F8DE10A" w14:textId="77777777" w:rsidR="000E2108" w:rsidRDefault="009D701B">
      <w:pPr>
        <w:pStyle w:val="Heading1"/>
      </w:pPr>
      <w:r>
        <w:t>3. Employee Involvement</w:t>
      </w:r>
    </w:p>
    <w:p w14:paraId="70FEFB92" w14:textId="77777777" w:rsidR="000E2108" w:rsidRDefault="009D701B">
      <w:pPr>
        <w:spacing w:after="140"/>
      </w:pPr>
      <w:r>
        <w:rPr>
          <w:i/>
        </w:rPr>
        <w:t>HSE identifies active employee participation as important for building ownership and making use of employees' unique knowledge of their own work.</w:t>
      </w:r>
    </w:p>
    <w:p w14:paraId="01060010" w14:textId="77777777" w:rsidR="000E2108" w:rsidRDefault="009D701B">
      <w:pPr>
        <w:spacing w:after="60"/>
      </w:pPr>
      <w:r>
        <w:rPr>
          <w:b/>
          <w:sz w:val="22"/>
        </w:rPr>
        <w:t>☐</w:t>
      </w:r>
      <w:r>
        <w:rPr>
          <w:b/>
          <w:sz w:val="22"/>
        </w:rPr>
        <w:t xml:space="preserve"> 7. Are the people doing the work involved in deciding how it should be done safely?</w:t>
      </w:r>
    </w:p>
    <w:p w14:paraId="5E3D0834" w14:textId="77777777" w:rsidR="000E2108" w:rsidRDefault="009D701B">
      <w:pPr>
        <w:spacing w:after="60"/>
      </w:pPr>
      <w:r>
        <w:t>Look at recent risk assessments, procedures, workplace changes or improvement projects.</w:t>
      </w:r>
    </w:p>
    <w:p w14:paraId="66709B0A" w14:textId="77777777" w:rsidR="000E2108" w:rsidRDefault="009D701B">
      <w:pPr>
        <w:spacing w:after="60"/>
      </w:pPr>
      <w:r>
        <w:rPr>
          <w:b/>
        </w:rPr>
        <w:t xml:space="preserve">Ask: </w:t>
      </w:r>
      <w:r>
        <w:t>At what point were the people affected actually involved - before decisions were made or afterwards?</w:t>
      </w:r>
    </w:p>
    <w:p w14:paraId="08F8C65F" w14:textId="77777777" w:rsidR="000E2108" w:rsidRDefault="009D701B">
      <w:pPr>
        <w:spacing w:before="40" w:after="20"/>
      </w:pPr>
      <w:r>
        <w:rPr>
          <w:b/>
        </w:rPr>
        <w:t>What did you find?</w:t>
      </w:r>
    </w:p>
    <w:p w14:paraId="4ADEE807" w14:textId="77777777" w:rsidR="000E2108" w:rsidRDefault="009D701B">
      <w:pPr>
        <w:spacing w:after="20"/>
      </w:pPr>
      <w:r>
        <w:t>............................................................................................................................</w:t>
      </w:r>
    </w:p>
    <w:p w14:paraId="64783340" w14:textId="77777777" w:rsidR="000E2108" w:rsidRDefault="009D701B">
      <w:pPr>
        <w:spacing w:after="100"/>
      </w:pPr>
      <w:r>
        <w:t>............................................................................................................................</w:t>
      </w:r>
    </w:p>
    <w:p w14:paraId="72530EDD" w14:textId="77777777" w:rsidR="000E2108" w:rsidRDefault="009D701B">
      <w:pPr>
        <w:spacing w:before="40" w:after="20"/>
      </w:pPr>
      <w:r>
        <w:rPr>
          <w:b/>
        </w:rPr>
        <w:t>What could you improve?</w:t>
      </w:r>
    </w:p>
    <w:p w14:paraId="776E34B6" w14:textId="77777777" w:rsidR="000E2108" w:rsidRDefault="009D701B">
      <w:pPr>
        <w:spacing w:after="20"/>
      </w:pPr>
      <w:r>
        <w:t>............................................................................................................................</w:t>
      </w:r>
    </w:p>
    <w:p w14:paraId="59E910D8" w14:textId="77777777" w:rsidR="000E2108" w:rsidRDefault="009D701B">
      <w:pPr>
        <w:spacing w:after="100"/>
      </w:pPr>
      <w:r>
        <w:t>............................................................................................................................</w:t>
      </w:r>
    </w:p>
    <w:p w14:paraId="5D380981" w14:textId="77777777" w:rsidR="000E2108" w:rsidRDefault="009D701B">
      <w:pPr>
        <w:spacing w:after="60"/>
      </w:pPr>
      <w:r>
        <w:rPr>
          <w:b/>
          <w:sz w:val="22"/>
        </w:rPr>
        <w:t>☐</w:t>
      </w:r>
      <w:r>
        <w:rPr>
          <w:b/>
          <w:sz w:val="22"/>
        </w:rPr>
        <w:t xml:space="preserve"> 8. Are employees regularly asked what they think?</w:t>
      </w:r>
    </w:p>
    <w:p w14:paraId="49D18E4D" w14:textId="77777777" w:rsidR="000E2108" w:rsidRDefault="009D701B">
      <w:pPr>
        <w:spacing w:after="60"/>
      </w:pPr>
      <w:r>
        <w:t>Consider whether employee involvement is a routine part of managing safety or something that happens occasionally.</w:t>
      </w:r>
    </w:p>
    <w:p w14:paraId="074D0428" w14:textId="77777777" w:rsidR="000E2108" w:rsidRDefault="009D701B">
      <w:pPr>
        <w:spacing w:after="60"/>
      </w:pPr>
      <w:r>
        <w:rPr>
          <w:b/>
        </w:rPr>
        <w:t xml:space="preserve">Ask: </w:t>
      </w:r>
      <w:r>
        <w:t>When were you last asked for your views about a safety issue or how a job could be improved?</w:t>
      </w:r>
    </w:p>
    <w:p w14:paraId="30A52063" w14:textId="77777777" w:rsidR="000E2108" w:rsidRDefault="009D701B">
      <w:pPr>
        <w:spacing w:before="40" w:after="20"/>
      </w:pPr>
      <w:r>
        <w:rPr>
          <w:b/>
        </w:rPr>
        <w:t>What did you find?</w:t>
      </w:r>
    </w:p>
    <w:p w14:paraId="49D85619" w14:textId="77777777" w:rsidR="000E2108" w:rsidRDefault="009D701B">
      <w:pPr>
        <w:spacing w:after="20"/>
      </w:pPr>
      <w:r>
        <w:t>............................................................................................................................</w:t>
      </w:r>
    </w:p>
    <w:p w14:paraId="0B6BD8A6" w14:textId="77777777" w:rsidR="000E2108" w:rsidRDefault="009D701B">
      <w:pPr>
        <w:spacing w:after="100"/>
      </w:pPr>
      <w:r>
        <w:t>............................................................................................................................</w:t>
      </w:r>
    </w:p>
    <w:p w14:paraId="43630A6F" w14:textId="77777777" w:rsidR="000E2108" w:rsidRDefault="009D701B">
      <w:pPr>
        <w:spacing w:before="40" w:after="20"/>
      </w:pPr>
      <w:r>
        <w:rPr>
          <w:b/>
        </w:rPr>
        <w:t>What could you improve?</w:t>
      </w:r>
    </w:p>
    <w:p w14:paraId="49940BA8" w14:textId="77777777" w:rsidR="000E2108" w:rsidRDefault="009D701B">
      <w:pPr>
        <w:spacing w:after="20"/>
      </w:pPr>
      <w:r>
        <w:t>............................................................................................................................</w:t>
      </w:r>
    </w:p>
    <w:p w14:paraId="4F9002DF" w14:textId="77777777" w:rsidR="000E2108" w:rsidRDefault="009D701B">
      <w:pPr>
        <w:spacing w:after="100"/>
      </w:pPr>
      <w:r>
        <w:t>............................................................................................................................</w:t>
      </w:r>
    </w:p>
    <w:p w14:paraId="62CB12DB" w14:textId="77777777" w:rsidR="000E2108" w:rsidRDefault="009D701B">
      <w:pPr>
        <w:spacing w:after="60"/>
      </w:pPr>
      <w:r>
        <w:rPr>
          <w:b/>
          <w:sz w:val="22"/>
        </w:rPr>
        <w:t>☐</w:t>
      </w:r>
      <w:r>
        <w:rPr>
          <w:b/>
          <w:sz w:val="22"/>
        </w:rPr>
        <w:t xml:space="preserve"> 9. Who do people believe is responsible for safety?</w:t>
      </w:r>
    </w:p>
    <w:p w14:paraId="239F4057" w14:textId="77777777" w:rsidR="000E2108" w:rsidRDefault="009D701B">
      <w:pPr>
        <w:spacing w:after="60"/>
      </w:pPr>
      <w:r>
        <w:t>Ask people at different levels the same question and compare the answers.</w:t>
      </w:r>
    </w:p>
    <w:p w14:paraId="2F7408D9" w14:textId="77777777" w:rsidR="000E2108" w:rsidRDefault="009D701B">
      <w:pPr>
        <w:spacing w:after="60"/>
      </w:pPr>
      <w:r>
        <w:rPr>
          <w:b/>
        </w:rPr>
        <w:t xml:space="preserve">Ask: </w:t>
      </w:r>
      <w:r>
        <w:t>Whose responsibility is health and safety here? Listen for whether the answer points to the safety adviser, managers, individual employees - or a genuinely shared responsibility.</w:t>
      </w:r>
    </w:p>
    <w:p w14:paraId="11842C00" w14:textId="77777777" w:rsidR="000E2108" w:rsidRDefault="009D701B">
      <w:pPr>
        <w:spacing w:before="40" w:after="20"/>
      </w:pPr>
      <w:r>
        <w:rPr>
          <w:b/>
        </w:rPr>
        <w:t>What did you find?</w:t>
      </w:r>
    </w:p>
    <w:p w14:paraId="1698B433" w14:textId="77777777" w:rsidR="000E2108" w:rsidRDefault="009D701B">
      <w:pPr>
        <w:spacing w:after="20"/>
      </w:pPr>
      <w:r>
        <w:t>............................................................................................................................</w:t>
      </w:r>
    </w:p>
    <w:p w14:paraId="7B45C4D7" w14:textId="77777777" w:rsidR="000E2108" w:rsidRDefault="009D701B">
      <w:pPr>
        <w:spacing w:after="100"/>
      </w:pPr>
      <w:r>
        <w:t>............................................................................................................................</w:t>
      </w:r>
    </w:p>
    <w:p w14:paraId="3E9D74C6" w14:textId="77777777" w:rsidR="000E2108" w:rsidRDefault="009D701B">
      <w:pPr>
        <w:spacing w:before="40" w:after="20"/>
      </w:pPr>
      <w:r>
        <w:rPr>
          <w:b/>
        </w:rPr>
        <w:t>What could you improve?</w:t>
      </w:r>
    </w:p>
    <w:p w14:paraId="3995B5C2" w14:textId="77777777" w:rsidR="000E2108" w:rsidRDefault="009D701B">
      <w:pPr>
        <w:spacing w:after="20"/>
      </w:pPr>
      <w:r>
        <w:t>............................................................................................................................</w:t>
      </w:r>
    </w:p>
    <w:p w14:paraId="3F6AA78C" w14:textId="77777777" w:rsidR="000E2108" w:rsidRDefault="009D701B">
      <w:pPr>
        <w:spacing w:after="100"/>
      </w:pPr>
      <w:r>
        <w:t>............................................................................................................................</w:t>
      </w:r>
    </w:p>
    <w:p w14:paraId="79AA780D" w14:textId="77777777" w:rsidR="000E2108" w:rsidRDefault="009D701B">
      <w:pPr>
        <w:pStyle w:val="Heading1"/>
      </w:pPr>
      <w:r>
        <w:t>4. Training &amp; Information</w:t>
      </w:r>
    </w:p>
    <w:p w14:paraId="1BCC94E5" w14:textId="77777777" w:rsidR="000E2108" w:rsidRDefault="009D701B">
      <w:pPr>
        <w:spacing w:after="140"/>
      </w:pPr>
      <w:r>
        <w:rPr>
          <w:i/>
        </w:rPr>
        <w:t>The HSE toolkit considers whether people have the training they need, understand hazards and risks accurately, and can easily access safety information.</w:t>
      </w:r>
    </w:p>
    <w:p w14:paraId="1278C692" w14:textId="77777777" w:rsidR="000E2108" w:rsidRDefault="009D701B">
      <w:pPr>
        <w:spacing w:after="60"/>
      </w:pPr>
      <w:r>
        <w:rPr>
          <w:b/>
          <w:sz w:val="22"/>
        </w:rPr>
        <w:lastRenderedPageBreak/>
        <w:t>☐</w:t>
      </w:r>
      <w:r>
        <w:rPr>
          <w:b/>
          <w:sz w:val="22"/>
        </w:rPr>
        <w:t xml:space="preserve"> 10. Does training give people what they actually need to work safely?</w:t>
      </w:r>
    </w:p>
    <w:p w14:paraId="3E669D6A" w14:textId="77777777" w:rsidR="000E2108" w:rsidRDefault="009D701B">
      <w:pPr>
        <w:spacing w:after="60"/>
      </w:pPr>
      <w:r>
        <w:t>Don't just check training records. Explore whether people feel confident and whether the training helps them manage real work.</w:t>
      </w:r>
    </w:p>
    <w:p w14:paraId="01B1C533" w14:textId="77777777" w:rsidR="000E2108" w:rsidRDefault="009D701B">
      <w:pPr>
        <w:spacing w:after="60"/>
      </w:pPr>
      <w:r>
        <w:rPr>
          <w:b/>
        </w:rPr>
        <w:t xml:space="preserve">Ask: </w:t>
      </w:r>
      <w:r>
        <w:t>What training has helped you do your job more safely? Is there anything you don't feel confident about? Remember to ask managers too.</w:t>
      </w:r>
    </w:p>
    <w:p w14:paraId="1BE6F944" w14:textId="77777777" w:rsidR="000E2108" w:rsidRDefault="009D701B">
      <w:pPr>
        <w:spacing w:before="40" w:after="20"/>
      </w:pPr>
      <w:r>
        <w:rPr>
          <w:b/>
        </w:rPr>
        <w:t>What did you find?</w:t>
      </w:r>
    </w:p>
    <w:p w14:paraId="06F560FA" w14:textId="77777777" w:rsidR="000E2108" w:rsidRDefault="009D701B">
      <w:pPr>
        <w:spacing w:after="20"/>
      </w:pPr>
      <w:r>
        <w:t>............................................................................................................................</w:t>
      </w:r>
    </w:p>
    <w:p w14:paraId="0E9614F0" w14:textId="77777777" w:rsidR="000E2108" w:rsidRDefault="009D701B">
      <w:pPr>
        <w:spacing w:after="100"/>
      </w:pPr>
      <w:r>
        <w:t>............................................................................................................................</w:t>
      </w:r>
    </w:p>
    <w:p w14:paraId="2EAE04EB" w14:textId="77777777" w:rsidR="000E2108" w:rsidRDefault="009D701B">
      <w:pPr>
        <w:spacing w:before="40" w:after="20"/>
      </w:pPr>
      <w:r>
        <w:rPr>
          <w:b/>
        </w:rPr>
        <w:t>What could you improve?</w:t>
      </w:r>
    </w:p>
    <w:p w14:paraId="64FF7B05" w14:textId="77777777" w:rsidR="000E2108" w:rsidRDefault="009D701B">
      <w:pPr>
        <w:spacing w:after="20"/>
      </w:pPr>
      <w:r>
        <w:t>............................................................................................................................</w:t>
      </w:r>
    </w:p>
    <w:p w14:paraId="381F4BE1" w14:textId="77777777" w:rsidR="000E2108" w:rsidRDefault="009D701B">
      <w:pPr>
        <w:spacing w:after="100"/>
      </w:pPr>
      <w:r>
        <w:t>............................................................................................................................</w:t>
      </w:r>
    </w:p>
    <w:p w14:paraId="23AEC125" w14:textId="77777777" w:rsidR="000E2108" w:rsidRDefault="009D701B">
      <w:pPr>
        <w:spacing w:after="60"/>
      </w:pPr>
      <w:r>
        <w:rPr>
          <w:b/>
          <w:sz w:val="22"/>
        </w:rPr>
        <w:t>☐</w:t>
      </w:r>
      <w:r>
        <w:rPr>
          <w:b/>
          <w:sz w:val="22"/>
        </w:rPr>
        <w:t xml:space="preserve"> 11. Do people understand the risks they actually face?</w:t>
      </w:r>
    </w:p>
    <w:p w14:paraId="02346A15" w14:textId="77777777" w:rsidR="000E2108" w:rsidRDefault="009D701B">
      <w:pPr>
        <w:spacing w:after="60"/>
      </w:pPr>
      <w:r>
        <w:t>Choose one or two significant hazards and ask employees to describe the risks and controls in their own words.</w:t>
      </w:r>
    </w:p>
    <w:p w14:paraId="2FD65F9A" w14:textId="77777777" w:rsidR="000E2108" w:rsidRDefault="009D701B">
      <w:pPr>
        <w:spacing w:after="60"/>
      </w:pPr>
      <w:r>
        <w:rPr>
          <w:b/>
        </w:rPr>
        <w:t xml:space="preserve">Ask: </w:t>
      </w:r>
      <w:r>
        <w:t>Do their perceptions broadly match the risks identified by the organisation?</w:t>
      </w:r>
    </w:p>
    <w:p w14:paraId="4E1E64B9" w14:textId="77777777" w:rsidR="000E2108" w:rsidRDefault="009D701B">
      <w:pPr>
        <w:spacing w:before="40" w:after="20"/>
      </w:pPr>
      <w:r>
        <w:rPr>
          <w:b/>
        </w:rPr>
        <w:t>What did you find?</w:t>
      </w:r>
    </w:p>
    <w:p w14:paraId="7F0AEC83" w14:textId="77777777" w:rsidR="000E2108" w:rsidRDefault="009D701B">
      <w:pPr>
        <w:spacing w:after="20"/>
      </w:pPr>
      <w:r>
        <w:t>............................................................................................................................</w:t>
      </w:r>
    </w:p>
    <w:p w14:paraId="61205F97" w14:textId="77777777" w:rsidR="000E2108" w:rsidRDefault="009D701B">
      <w:pPr>
        <w:spacing w:after="100"/>
      </w:pPr>
      <w:r>
        <w:t>............................................................................................................................</w:t>
      </w:r>
    </w:p>
    <w:p w14:paraId="32000364" w14:textId="77777777" w:rsidR="000E2108" w:rsidRDefault="009D701B">
      <w:pPr>
        <w:spacing w:before="40" w:after="20"/>
      </w:pPr>
      <w:r>
        <w:rPr>
          <w:b/>
        </w:rPr>
        <w:t>What could you improve?</w:t>
      </w:r>
    </w:p>
    <w:p w14:paraId="458EDD82" w14:textId="77777777" w:rsidR="000E2108" w:rsidRDefault="009D701B">
      <w:pPr>
        <w:spacing w:after="20"/>
      </w:pPr>
      <w:r>
        <w:t>............................................................................................................................</w:t>
      </w:r>
    </w:p>
    <w:p w14:paraId="14D49753" w14:textId="77777777" w:rsidR="000E2108" w:rsidRDefault="009D701B">
      <w:pPr>
        <w:spacing w:after="100"/>
      </w:pPr>
      <w:r>
        <w:t>............................................................................................................................</w:t>
      </w:r>
    </w:p>
    <w:p w14:paraId="3ABE0F7D" w14:textId="77777777" w:rsidR="000E2108" w:rsidRDefault="009D701B">
      <w:pPr>
        <w:spacing w:after="60"/>
      </w:pPr>
      <w:r>
        <w:rPr>
          <w:b/>
          <w:sz w:val="22"/>
        </w:rPr>
        <w:t>☐</w:t>
      </w:r>
      <w:r>
        <w:rPr>
          <w:b/>
          <w:sz w:val="22"/>
        </w:rPr>
        <w:t xml:space="preserve"> 12. Can people easily find the safety information they need?</w:t>
      </w:r>
    </w:p>
    <w:p w14:paraId="2864FB10" w14:textId="77777777" w:rsidR="000E2108" w:rsidRDefault="009D701B">
      <w:pPr>
        <w:spacing w:after="60"/>
      </w:pPr>
      <w:r>
        <w:t>Choose something an employee might reasonably need during their working day.</w:t>
      </w:r>
    </w:p>
    <w:p w14:paraId="450067AF" w14:textId="77777777" w:rsidR="000E2108" w:rsidRDefault="009D701B">
      <w:pPr>
        <w:spacing w:after="60"/>
      </w:pPr>
      <w:r>
        <w:rPr>
          <w:b/>
        </w:rPr>
        <w:t xml:space="preserve">Ask: </w:t>
      </w:r>
      <w:r>
        <w:t>Where would you find this information? How quickly could you get to it?</w:t>
      </w:r>
    </w:p>
    <w:p w14:paraId="3B967A5E" w14:textId="77777777" w:rsidR="000E2108" w:rsidRDefault="009D701B">
      <w:pPr>
        <w:spacing w:before="40" w:after="20"/>
      </w:pPr>
      <w:r>
        <w:rPr>
          <w:b/>
        </w:rPr>
        <w:t>What did you find?</w:t>
      </w:r>
    </w:p>
    <w:p w14:paraId="16E1412B" w14:textId="77777777" w:rsidR="000E2108" w:rsidRDefault="009D701B">
      <w:pPr>
        <w:spacing w:after="20"/>
      </w:pPr>
      <w:r>
        <w:t>............................................................................................................................</w:t>
      </w:r>
    </w:p>
    <w:p w14:paraId="5A8DBA01" w14:textId="77777777" w:rsidR="000E2108" w:rsidRDefault="009D701B">
      <w:pPr>
        <w:spacing w:after="100"/>
      </w:pPr>
      <w:r>
        <w:t>............................................................................................................................</w:t>
      </w:r>
    </w:p>
    <w:p w14:paraId="0A2598BA" w14:textId="77777777" w:rsidR="000E2108" w:rsidRDefault="009D701B">
      <w:pPr>
        <w:spacing w:before="40" w:after="20"/>
      </w:pPr>
      <w:r>
        <w:rPr>
          <w:b/>
        </w:rPr>
        <w:t>What could you improve?</w:t>
      </w:r>
    </w:p>
    <w:p w14:paraId="5F60BB4F" w14:textId="77777777" w:rsidR="000E2108" w:rsidRDefault="009D701B">
      <w:pPr>
        <w:spacing w:after="20"/>
      </w:pPr>
      <w:r>
        <w:t>............................................................................................................................</w:t>
      </w:r>
    </w:p>
    <w:p w14:paraId="1CFEB831" w14:textId="77777777" w:rsidR="000E2108" w:rsidRDefault="009D701B">
      <w:pPr>
        <w:spacing w:after="100"/>
      </w:pPr>
      <w:r>
        <w:t>............................................................................................................................</w:t>
      </w:r>
    </w:p>
    <w:p w14:paraId="72ECF841" w14:textId="77777777" w:rsidR="000E2108" w:rsidRDefault="009D701B">
      <w:pPr>
        <w:pStyle w:val="Heading1"/>
      </w:pPr>
      <w:r>
        <w:t>5. Motivation</w:t>
      </w:r>
    </w:p>
    <w:p w14:paraId="07FCC842" w14:textId="77777777" w:rsidR="000E2108" w:rsidRDefault="009D701B">
      <w:pPr>
        <w:spacing w:after="140"/>
      </w:pPr>
      <w:r>
        <w:rPr>
          <w:i/>
        </w:rPr>
        <w:t>The HSE questions explore management feedback, responses to unsafe behaviour, people's willingness to report problems, management expectations and whether employees feel positive about their workplace.</w:t>
      </w:r>
    </w:p>
    <w:p w14:paraId="079B3C29" w14:textId="77777777" w:rsidR="000E2108" w:rsidRDefault="009D701B">
      <w:pPr>
        <w:spacing w:after="60"/>
      </w:pPr>
      <w:r>
        <w:rPr>
          <w:b/>
          <w:sz w:val="22"/>
        </w:rPr>
        <w:t>☐</w:t>
      </w:r>
      <w:r>
        <w:rPr>
          <w:b/>
          <w:sz w:val="22"/>
        </w:rPr>
        <w:t xml:space="preserve"> 13. What safety behaviours get management attention?</w:t>
      </w:r>
    </w:p>
    <w:p w14:paraId="695F9C80" w14:textId="77777777" w:rsidR="000E2108" w:rsidRDefault="009D701B">
      <w:pPr>
        <w:spacing w:after="60"/>
      </w:pPr>
      <w:r>
        <w:t>Think about what managers notice and respond to.</w:t>
      </w:r>
    </w:p>
    <w:p w14:paraId="1403CFC4" w14:textId="77777777" w:rsidR="000E2108" w:rsidRDefault="009D701B">
      <w:pPr>
        <w:spacing w:after="60"/>
      </w:pPr>
      <w:r>
        <w:rPr>
          <w:b/>
        </w:rPr>
        <w:t xml:space="preserve">Ask: </w:t>
      </w:r>
      <w:r>
        <w:t>Is attention mainly triggered by unsafe behaviour and things going wrong, or do managers also recognise people for raising concerns, identifying hazards and helping improve safety?</w:t>
      </w:r>
    </w:p>
    <w:p w14:paraId="71464FF1" w14:textId="77777777" w:rsidR="000E2108" w:rsidRDefault="009D701B">
      <w:pPr>
        <w:spacing w:before="40" w:after="20"/>
      </w:pPr>
      <w:r>
        <w:rPr>
          <w:b/>
        </w:rPr>
        <w:t>What did you find?</w:t>
      </w:r>
    </w:p>
    <w:p w14:paraId="3175C42B" w14:textId="77777777" w:rsidR="000E2108" w:rsidRDefault="009D701B">
      <w:pPr>
        <w:spacing w:after="20"/>
      </w:pPr>
      <w:r>
        <w:t>............................................................................................................................</w:t>
      </w:r>
    </w:p>
    <w:p w14:paraId="0DF36397" w14:textId="77777777" w:rsidR="000E2108" w:rsidRDefault="009D701B">
      <w:pPr>
        <w:spacing w:after="100"/>
      </w:pPr>
      <w:r>
        <w:t>............................................................................................................................</w:t>
      </w:r>
    </w:p>
    <w:p w14:paraId="4D4053A6" w14:textId="77777777" w:rsidR="000E2108" w:rsidRDefault="009D701B">
      <w:pPr>
        <w:spacing w:before="40" w:after="20"/>
      </w:pPr>
      <w:r>
        <w:rPr>
          <w:b/>
        </w:rPr>
        <w:t>What could you improve?</w:t>
      </w:r>
    </w:p>
    <w:p w14:paraId="37D5DF32" w14:textId="77777777" w:rsidR="000E2108" w:rsidRDefault="009D701B">
      <w:pPr>
        <w:spacing w:after="20"/>
      </w:pPr>
      <w:r>
        <w:lastRenderedPageBreak/>
        <w:t>............................................................................................................................</w:t>
      </w:r>
    </w:p>
    <w:p w14:paraId="22E05D7A" w14:textId="77777777" w:rsidR="000E2108" w:rsidRDefault="009D701B">
      <w:pPr>
        <w:spacing w:after="100"/>
      </w:pPr>
      <w:r>
        <w:t>............................................................................................................................</w:t>
      </w:r>
    </w:p>
    <w:p w14:paraId="146EE2C5" w14:textId="77777777" w:rsidR="000E2108" w:rsidRDefault="009D701B">
      <w:pPr>
        <w:spacing w:after="60"/>
      </w:pPr>
      <w:r>
        <w:rPr>
          <w:b/>
          <w:sz w:val="22"/>
        </w:rPr>
        <w:t>☐</w:t>
      </w:r>
      <w:r>
        <w:rPr>
          <w:b/>
          <w:sz w:val="22"/>
        </w:rPr>
        <w:t xml:space="preserve"> 14. What happens when somebody makes a mistake or does something unsafe?</w:t>
      </w:r>
    </w:p>
    <w:p w14:paraId="7CFE640C" w14:textId="77777777" w:rsidR="000E2108" w:rsidRDefault="009D701B">
      <w:pPr>
        <w:spacing w:after="60"/>
      </w:pPr>
      <w:r>
        <w:t>Look beyond what the policy says and consider what people actually expect to happen.</w:t>
      </w:r>
    </w:p>
    <w:p w14:paraId="46512150" w14:textId="77777777" w:rsidR="000E2108" w:rsidRDefault="009D701B">
      <w:pPr>
        <w:spacing w:after="60"/>
      </w:pPr>
      <w:r>
        <w:rPr>
          <w:b/>
        </w:rPr>
        <w:t xml:space="preserve">Ask: </w:t>
      </w:r>
      <w:r>
        <w:t>Would you feel comfortable admitting a mistake or reporting something you'd done that could have caused an incident?</w:t>
      </w:r>
    </w:p>
    <w:p w14:paraId="3177C4C4" w14:textId="77777777" w:rsidR="000E2108" w:rsidRDefault="009D701B">
      <w:pPr>
        <w:spacing w:before="40" w:after="20"/>
      </w:pPr>
      <w:r>
        <w:rPr>
          <w:b/>
        </w:rPr>
        <w:t>What did you find?</w:t>
      </w:r>
    </w:p>
    <w:p w14:paraId="5AC470B6" w14:textId="77777777" w:rsidR="000E2108" w:rsidRDefault="009D701B">
      <w:pPr>
        <w:spacing w:after="20"/>
      </w:pPr>
      <w:r>
        <w:t>............................................................................................................................</w:t>
      </w:r>
    </w:p>
    <w:p w14:paraId="3D24EA55" w14:textId="77777777" w:rsidR="000E2108" w:rsidRDefault="009D701B">
      <w:pPr>
        <w:spacing w:after="100"/>
      </w:pPr>
      <w:r>
        <w:t>............................................................................................................................</w:t>
      </w:r>
    </w:p>
    <w:p w14:paraId="4C3E8E27" w14:textId="77777777" w:rsidR="000E2108" w:rsidRDefault="009D701B">
      <w:pPr>
        <w:spacing w:before="40" w:after="20"/>
      </w:pPr>
      <w:r>
        <w:rPr>
          <w:b/>
        </w:rPr>
        <w:t>What could you improve?</w:t>
      </w:r>
    </w:p>
    <w:p w14:paraId="16E04EC1" w14:textId="77777777" w:rsidR="000E2108" w:rsidRDefault="009D701B">
      <w:pPr>
        <w:spacing w:after="20"/>
      </w:pPr>
      <w:r>
        <w:t>............................................................................................................................</w:t>
      </w:r>
    </w:p>
    <w:p w14:paraId="3639FAC3" w14:textId="77777777" w:rsidR="000E2108" w:rsidRDefault="009D701B">
      <w:pPr>
        <w:spacing w:after="100"/>
      </w:pPr>
      <w:r>
        <w:t>............................................................................................................................</w:t>
      </w:r>
    </w:p>
    <w:p w14:paraId="6955CA9A" w14:textId="77777777" w:rsidR="000E2108" w:rsidRDefault="009D701B">
      <w:pPr>
        <w:spacing w:after="60"/>
      </w:pPr>
      <w:r>
        <w:rPr>
          <w:b/>
          <w:sz w:val="22"/>
        </w:rPr>
        <w:t>☐</w:t>
      </w:r>
      <w:r>
        <w:rPr>
          <w:b/>
          <w:sz w:val="22"/>
        </w:rPr>
        <w:t xml:space="preserve"> 15. How do people feel about working here?</w:t>
      </w:r>
    </w:p>
    <w:p w14:paraId="1B4A65E4" w14:textId="77777777" w:rsidR="000E2108" w:rsidRDefault="009D701B">
      <w:pPr>
        <w:spacing w:after="60"/>
      </w:pPr>
      <w:r>
        <w:t>Consider what people's answers reveal about whether they feel valued and whether they are proud of the organisation.</w:t>
      </w:r>
    </w:p>
    <w:p w14:paraId="10339D8B" w14:textId="77777777" w:rsidR="000E2108" w:rsidRDefault="009D701B">
      <w:pPr>
        <w:spacing w:after="60"/>
      </w:pPr>
      <w:r>
        <w:rPr>
          <w:b/>
        </w:rPr>
        <w:t xml:space="preserve">Ask: </w:t>
      </w:r>
      <w:r>
        <w:t>What makes this a good - or not so good - place to work?</w:t>
      </w:r>
    </w:p>
    <w:p w14:paraId="272F9C70" w14:textId="77777777" w:rsidR="000E2108" w:rsidRDefault="009D701B">
      <w:pPr>
        <w:spacing w:before="40" w:after="20"/>
      </w:pPr>
      <w:r>
        <w:rPr>
          <w:b/>
        </w:rPr>
        <w:t>What did you find?</w:t>
      </w:r>
    </w:p>
    <w:p w14:paraId="68913E57" w14:textId="77777777" w:rsidR="000E2108" w:rsidRDefault="009D701B">
      <w:pPr>
        <w:spacing w:after="20"/>
      </w:pPr>
      <w:r>
        <w:t>............................................................................................................................</w:t>
      </w:r>
    </w:p>
    <w:p w14:paraId="27117EA7" w14:textId="77777777" w:rsidR="000E2108" w:rsidRDefault="009D701B">
      <w:pPr>
        <w:spacing w:after="100"/>
      </w:pPr>
      <w:r>
        <w:t>............................................................................................................................</w:t>
      </w:r>
    </w:p>
    <w:p w14:paraId="6534877C" w14:textId="77777777" w:rsidR="000E2108" w:rsidRDefault="009D701B">
      <w:pPr>
        <w:spacing w:before="40" w:after="20"/>
      </w:pPr>
      <w:r>
        <w:rPr>
          <w:b/>
        </w:rPr>
        <w:t>What could you improve?</w:t>
      </w:r>
    </w:p>
    <w:p w14:paraId="2B3E9071" w14:textId="77777777" w:rsidR="000E2108" w:rsidRDefault="009D701B">
      <w:pPr>
        <w:spacing w:after="20"/>
      </w:pPr>
      <w:r>
        <w:t>............................................................................................................................</w:t>
      </w:r>
    </w:p>
    <w:p w14:paraId="1A380436" w14:textId="77777777" w:rsidR="000E2108" w:rsidRDefault="009D701B">
      <w:pPr>
        <w:spacing w:after="100"/>
      </w:pPr>
      <w:r>
        <w:t>............................................................................................................................</w:t>
      </w:r>
    </w:p>
    <w:p w14:paraId="72065831" w14:textId="77777777" w:rsidR="000E2108" w:rsidRDefault="009D701B">
      <w:pPr>
        <w:pStyle w:val="Heading1"/>
      </w:pPr>
      <w:r>
        <w:t>6. Compliance with Procedures</w:t>
      </w:r>
    </w:p>
    <w:p w14:paraId="78724210" w14:textId="77777777" w:rsidR="000E2108" w:rsidRDefault="009D701B">
      <w:pPr>
        <w:spacing w:after="140"/>
      </w:pPr>
      <w:r>
        <w:rPr>
          <w:i/>
        </w:rPr>
        <w:t>The HSE toolkit goes considerably further than asking whether procedures exist. It considers why they exist, whether they are read, useful, linked to risk, developed with users and effectively audited.</w:t>
      </w:r>
    </w:p>
    <w:p w14:paraId="525D602A" w14:textId="77777777" w:rsidR="000E2108" w:rsidRDefault="009D701B">
      <w:pPr>
        <w:spacing w:after="60"/>
      </w:pPr>
      <w:r>
        <w:rPr>
          <w:b/>
          <w:sz w:val="22"/>
        </w:rPr>
        <w:t>☐</w:t>
      </w:r>
      <w:r>
        <w:rPr>
          <w:b/>
          <w:sz w:val="22"/>
        </w:rPr>
        <w:t xml:space="preserve"> 16. Do your written procedures reflect how work is actually done?</w:t>
      </w:r>
    </w:p>
    <w:p w14:paraId="633F0AF0" w14:textId="77777777" w:rsidR="000E2108" w:rsidRDefault="009D701B">
      <w:pPr>
        <w:spacing w:after="60"/>
      </w:pPr>
      <w:r>
        <w:t>Choose one commonly used procedure and compare it with the real task.</w:t>
      </w:r>
    </w:p>
    <w:p w14:paraId="049397AC" w14:textId="77777777" w:rsidR="000E2108" w:rsidRDefault="009D701B">
      <w:pPr>
        <w:spacing w:after="60"/>
      </w:pPr>
      <w:r>
        <w:rPr>
          <w:b/>
        </w:rPr>
        <w:t xml:space="preserve">Ask: </w:t>
      </w:r>
      <w:r>
        <w:t>Does this accurately describe what you do? Where does reality differ?</w:t>
      </w:r>
    </w:p>
    <w:p w14:paraId="2D2E45FA" w14:textId="77777777" w:rsidR="000E2108" w:rsidRDefault="009D701B">
      <w:pPr>
        <w:spacing w:before="40" w:after="20"/>
      </w:pPr>
      <w:r>
        <w:rPr>
          <w:b/>
        </w:rPr>
        <w:t>What did you find?</w:t>
      </w:r>
    </w:p>
    <w:p w14:paraId="633F4CE7" w14:textId="77777777" w:rsidR="000E2108" w:rsidRDefault="009D701B">
      <w:pPr>
        <w:spacing w:after="20"/>
      </w:pPr>
      <w:r>
        <w:t>............................................................................................................................</w:t>
      </w:r>
    </w:p>
    <w:p w14:paraId="0E7625E5" w14:textId="77777777" w:rsidR="000E2108" w:rsidRDefault="009D701B">
      <w:pPr>
        <w:spacing w:after="100"/>
      </w:pPr>
      <w:r>
        <w:t>............................................................................................................................</w:t>
      </w:r>
    </w:p>
    <w:p w14:paraId="65986BD9" w14:textId="77777777" w:rsidR="000E2108" w:rsidRDefault="009D701B">
      <w:pPr>
        <w:spacing w:before="40" w:after="20"/>
      </w:pPr>
      <w:r>
        <w:rPr>
          <w:b/>
        </w:rPr>
        <w:t>What could you improve?</w:t>
      </w:r>
    </w:p>
    <w:p w14:paraId="236E63BD" w14:textId="77777777" w:rsidR="000E2108" w:rsidRDefault="009D701B">
      <w:pPr>
        <w:spacing w:after="20"/>
      </w:pPr>
      <w:r>
        <w:t>............................................................................................................................</w:t>
      </w:r>
    </w:p>
    <w:p w14:paraId="5CF4FF75" w14:textId="77777777" w:rsidR="000E2108" w:rsidRDefault="009D701B">
      <w:pPr>
        <w:spacing w:after="100"/>
      </w:pPr>
      <w:r>
        <w:t>............................................................................................................................</w:t>
      </w:r>
    </w:p>
    <w:p w14:paraId="3DF91561" w14:textId="77777777" w:rsidR="000E2108" w:rsidRDefault="009D701B">
      <w:pPr>
        <w:spacing w:after="60"/>
      </w:pPr>
      <w:r>
        <w:rPr>
          <w:b/>
          <w:sz w:val="22"/>
        </w:rPr>
        <w:t>☐</w:t>
      </w:r>
      <w:r>
        <w:rPr>
          <w:b/>
          <w:sz w:val="22"/>
        </w:rPr>
        <w:t xml:space="preserve"> 17. Are your procedures genuinely useful?</w:t>
      </w:r>
    </w:p>
    <w:p w14:paraId="17B5F6F8" w14:textId="77777777" w:rsidR="000E2108" w:rsidRDefault="009D701B">
      <w:pPr>
        <w:spacing w:after="60"/>
      </w:pPr>
      <w:r>
        <w:t>Consider whether procedures help people manage risk or whether some have become paperwork that exists largely because 'we've always had one'.</w:t>
      </w:r>
    </w:p>
    <w:p w14:paraId="3AD03B92" w14:textId="77777777" w:rsidR="000E2108" w:rsidRDefault="009D701B">
      <w:pPr>
        <w:spacing w:after="60"/>
      </w:pPr>
      <w:r>
        <w:rPr>
          <w:b/>
        </w:rPr>
        <w:t xml:space="preserve">Ask: </w:t>
      </w:r>
      <w:r>
        <w:t>Are there too many rules or procedures? Which ones do people actually use?</w:t>
      </w:r>
    </w:p>
    <w:p w14:paraId="618A21B6" w14:textId="77777777" w:rsidR="000E2108" w:rsidRDefault="009D701B">
      <w:pPr>
        <w:spacing w:before="40" w:after="20"/>
      </w:pPr>
      <w:r>
        <w:rPr>
          <w:b/>
        </w:rPr>
        <w:t>What did you find?</w:t>
      </w:r>
    </w:p>
    <w:p w14:paraId="0B3C1C83" w14:textId="77777777" w:rsidR="000E2108" w:rsidRDefault="009D701B">
      <w:pPr>
        <w:spacing w:after="20"/>
      </w:pPr>
      <w:r>
        <w:t>............................................................................................................................</w:t>
      </w:r>
    </w:p>
    <w:p w14:paraId="1C1E7574" w14:textId="77777777" w:rsidR="000E2108" w:rsidRDefault="009D701B">
      <w:pPr>
        <w:spacing w:after="100"/>
      </w:pPr>
      <w:r>
        <w:lastRenderedPageBreak/>
        <w:t>............................................................................................................................</w:t>
      </w:r>
    </w:p>
    <w:p w14:paraId="578CAEE4" w14:textId="77777777" w:rsidR="000E2108" w:rsidRDefault="009D701B">
      <w:pPr>
        <w:spacing w:before="40" w:after="20"/>
      </w:pPr>
      <w:r>
        <w:rPr>
          <w:b/>
        </w:rPr>
        <w:t>What could you improve?</w:t>
      </w:r>
    </w:p>
    <w:p w14:paraId="4B1E532B" w14:textId="77777777" w:rsidR="000E2108" w:rsidRDefault="009D701B">
      <w:pPr>
        <w:spacing w:after="20"/>
      </w:pPr>
      <w:r>
        <w:t>............................................................................................................................</w:t>
      </w:r>
    </w:p>
    <w:p w14:paraId="65697980" w14:textId="77777777" w:rsidR="000E2108" w:rsidRDefault="009D701B">
      <w:pPr>
        <w:spacing w:after="100"/>
      </w:pPr>
      <w:r>
        <w:t>............................................................................................................................</w:t>
      </w:r>
    </w:p>
    <w:p w14:paraId="1A671E63" w14:textId="77777777" w:rsidR="000E2108" w:rsidRDefault="009D701B">
      <w:pPr>
        <w:spacing w:after="60"/>
      </w:pPr>
      <w:r>
        <w:rPr>
          <w:b/>
          <w:sz w:val="22"/>
        </w:rPr>
        <w:t>☐</w:t>
      </w:r>
      <w:r>
        <w:rPr>
          <w:b/>
          <w:sz w:val="22"/>
        </w:rPr>
        <w:t xml:space="preserve"> 18. What happens when people don't follow a procedure?</w:t>
      </w:r>
    </w:p>
    <w:p w14:paraId="01056B40" w14:textId="77777777" w:rsidR="000E2108" w:rsidRDefault="009D701B">
      <w:pPr>
        <w:spacing w:after="60"/>
      </w:pPr>
      <w:r>
        <w:t>Don't stop at identifying non-compliance. Explore why the deviation occurred.</w:t>
      </w:r>
    </w:p>
    <w:p w14:paraId="47F01AF7" w14:textId="77777777" w:rsidR="000E2108" w:rsidRDefault="009D701B">
      <w:pPr>
        <w:spacing w:after="60"/>
      </w:pPr>
      <w:r>
        <w:rPr>
          <w:b/>
        </w:rPr>
        <w:t xml:space="preserve">Ask: </w:t>
      </w:r>
      <w:r>
        <w:t>Why did the deviation make sense at the time? Was the procedure unclear, impractical or difficult to follow? Were there competing pressures? Or was it a conscious decision to ignore a workable control?</w:t>
      </w:r>
    </w:p>
    <w:p w14:paraId="61474FB8" w14:textId="77777777" w:rsidR="000E2108" w:rsidRDefault="009D701B">
      <w:pPr>
        <w:spacing w:before="40" w:after="20"/>
      </w:pPr>
      <w:r>
        <w:rPr>
          <w:b/>
        </w:rPr>
        <w:t>What did you find?</w:t>
      </w:r>
    </w:p>
    <w:p w14:paraId="07CA30EC" w14:textId="77777777" w:rsidR="000E2108" w:rsidRDefault="009D701B">
      <w:pPr>
        <w:spacing w:after="20"/>
      </w:pPr>
      <w:r>
        <w:t>............................................................................................................................</w:t>
      </w:r>
    </w:p>
    <w:p w14:paraId="72C37080" w14:textId="77777777" w:rsidR="000E2108" w:rsidRDefault="009D701B">
      <w:pPr>
        <w:spacing w:after="100"/>
      </w:pPr>
      <w:r>
        <w:t>............................................................................................................................</w:t>
      </w:r>
    </w:p>
    <w:p w14:paraId="4EBFC321" w14:textId="77777777" w:rsidR="000E2108" w:rsidRDefault="009D701B">
      <w:pPr>
        <w:spacing w:before="40" w:after="20"/>
      </w:pPr>
      <w:r>
        <w:rPr>
          <w:b/>
        </w:rPr>
        <w:t>What could you improve?</w:t>
      </w:r>
    </w:p>
    <w:p w14:paraId="2DADA0BB" w14:textId="77777777" w:rsidR="000E2108" w:rsidRDefault="009D701B">
      <w:pPr>
        <w:spacing w:after="20"/>
      </w:pPr>
      <w:r>
        <w:t>............................................................................................................................</w:t>
      </w:r>
    </w:p>
    <w:p w14:paraId="78FBF44E" w14:textId="77777777" w:rsidR="000E2108" w:rsidRDefault="009D701B">
      <w:pPr>
        <w:spacing w:after="100"/>
      </w:pPr>
      <w:r>
        <w:t>............................................................................................................................</w:t>
      </w:r>
    </w:p>
    <w:p w14:paraId="74D85463" w14:textId="77777777" w:rsidR="000E2108" w:rsidRDefault="009D701B">
      <w:pPr>
        <w:pStyle w:val="Heading1"/>
      </w:pPr>
      <w:r>
        <w:t>7. Learning Organisation</w:t>
      </w:r>
    </w:p>
    <w:p w14:paraId="2A2A4424" w14:textId="77777777" w:rsidR="000E2108" w:rsidRDefault="009D701B">
      <w:pPr>
        <w:spacing w:after="140"/>
      </w:pPr>
      <w:r>
        <w:rPr>
          <w:i/>
        </w:rPr>
        <w:t>HSE's final theme looks at whether organisations genuinely learn from accidents, incidents and unsafe conditions - including whether people report them, whether reports lead to action and whether feedback is provided.</w:t>
      </w:r>
    </w:p>
    <w:p w14:paraId="3284DB64" w14:textId="77777777" w:rsidR="000E2108" w:rsidRDefault="009D701B">
      <w:pPr>
        <w:spacing w:after="60"/>
      </w:pPr>
      <w:r>
        <w:rPr>
          <w:b/>
          <w:sz w:val="22"/>
        </w:rPr>
        <w:t>☐</w:t>
      </w:r>
      <w:r>
        <w:rPr>
          <w:b/>
          <w:sz w:val="22"/>
        </w:rPr>
        <w:t xml:space="preserve"> 19. What happens to incident and near-miss information after it is recorded?</w:t>
      </w:r>
    </w:p>
    <w:p w14:paraId="2DE15BA7" w14:textId="77777777" w:rsidR="000E2108" w:rsidRDefault="009D701B">
      <w:pPr>
        <w:spacing w:after="60"/>
      </w:pPr>
      <w:r>
        <w:t>Choose several recent examples and follow them through.</w:t>
      </w:r>
    </w:p>
    <w:p w14:paraId="3985E4B8" w14:textId="77777777" w:rsidR="000E2108" w:rsidRDefault="009D701B">
      <w:pPr>
        <w:spacing w:after="60"/>
      </w:pPr>
      <w:r>
        <w:rPr>
          <w:b/>
        </w:rPr>
        <w:t xml:space="preserve">Ask: </w:t>
      </w:r>
      <w:r>
        <w:t>What did the organisation learn? What changed as a result?</w:t>
      </w:r>
    </w:p>
    <w:p w14:paraId="60A43285" w14:textId="77777777" w:rsidR="000E2108" w:rsidRDefault="009D701B">
      <w:pPr>
        <w:spacing w:before="40" w:after="20"/>
      </w:pPr>
      <w:r>
        <w:rPr>
          <w:b/>
        </w:rPr>
        <w:t>What did you find?</w:t>
      </w:r>
    </w:p>
    <w:p w14:paraId="163303B1" w14:textId="77777777" w:rsidR="000E2108" w:rsidRDefault="009D701B">
      <w:pPr>
        <w:spacing w:after="20"/>
      </w:pPr>
      <w:r>
        <w:t>............................................................................................................................</w:t>
      </w:r>
    </w:p>
    <w:p w14:paraId="3E215BF1" w14:textId="77777777" w:rsidR="000E2108" w:rsidRDefault="009D701B">
      <w:pPr>
        <w:spacing w:after="100"/>
      </w:pPr>
      <w:r>
        <w:t>............................................................................................................................</w:t>
      </w:r>
    </w:p>
    <w:p w14:paraId="20D100B3" w14:textId="77777777" w:rsidR="000E2108" w:rsidRDefault="009D701B">
      <w:pPr>
        <w:spacing w:before="40" w:after="20"/>
      </w:pPr>
      <w:r>
        <w:rPr>
          <w:b/>
        </w:rPr>
        <w:t>What could you improve?</w:t>
      </w:r>
    </w:p>
    <w:p w14:paraId="0D1485D5" w14:textId="77777777" w:rsidR="000E2108" w:rsidRDefault="009D701B">
      <w:pPr>
        <w:spacing w:after="20"/>
      </w:pPr>
      <w:r>
        <w:t>............................................................................................................................</w:t>
      </w:r>
    </w:p>
    <w:p w14:paraId="675EF5B2" w14:textId="77777777" w:rsidR="000E2108" w:rsidRDefault="009D701B">
      <w:pPr>
        <w:spacing w:after="100"/>
      </w:pPr>
      <w:r>
        <w:t>............................................................................................................................</w:t>
      </w:r>
    </w:p>
    <w:p w14:paraId="4104AC25" w14:textId="77777777" w:rsidR="000E2108" w:rsidRDefault="009D701B">
      <w:pPr>
        <w:spacing w:after="60"/>
      </w:pPr>
      <w:r>
        <w:rPr>
          <w:b/>
          <w:sz w:val="22"/>
        </w:rPr>
        <w:t>☐</w:t>
      </w:r>
      <w:r>
        <w:rPr>
          <w:b/>
          <w:sz w:val="22"/>
        </w:rPr>
        <w:t xml:space="preserve"> 20. Do people feel comfortable reporting incidents, near misses and unsafe conditions?</w:t>
      </w:r>
    </w:p>
    <w:p w14:paraId="6B4CD24B" w14:textId="77777777" w:rsidR="000E2108" w:rsidRDefault="009D701B">
      <w:pPr>
        <w:spacing w:after="60"/>
      </w:pPr>
      <w:r>
        <w:t>Reporting systems only provide useful information if people actually use them.</w:t>
      </w:r>
    </w:p>
    <w:p w14:paraId="7D2C72B1" w14:textId="77777777" w:rsidR="000E2108" w:rsidRDefault="009D701B">
      <w:pPr>
        <w:spacing w:after="60"/>
      </w:pPr>
      <w:r>
        <w:rPr>
          <w:b/>
        </w:rPr>
        <w:t xml:space="preserve">Ask: </w:t>
      </w:r>
      <w:r>
        <w:t>Is there anything that might make you decide not to report something?</w:t>
      </w:r>
    </w:p>
    <w:p w14:paraId="2D38DC6C" w14:textId="77777777" w:rsidR="000E2108" w:rsidRDefault="009D701B">
      <w:pPr>
        <w:spacing w:before="40" w:after="20"/>
      </w:pPr>
      <w:r>
        <w:rPr>
          <w:b/>
        </w:rPr>
        <w:t>What did you find?</w:t>
      </w:r>
    </w:p>
    <w:p w14:paraId="796CF944" w14:textId="77777777" w:rsidR="000E2108" w:rsidRDefault="009D701B">
      <w:pPr>
        <w:spacing w:after="20"/>
      </w:pPr>
      <w:r>
        <w:t>............................................................................................................................</w:t>
      </w:r>
    </w:p>
    <w:p w14:paraId="64A3A454" w14:textId="77777777" w:rsidR="000E2108" w:rsidRDefault="009D701B">
      <w:pPr>
        <w:spacing w:after="100"/>
      </w:pPr>
      <w:r>
        <w:t>............................................................................................................................</w:t>
      </w:r>
    </w:p>
    <w:p w14:paraId="74E429D1" w14:textId="77777777" w:rsidR="000E2108" w:rsidRDefault="009D701B">
      <w:pPr>
        <w:spacing w:before="40" w:after="20"/>
      </w:pPr>
      <w:r>
        <w:rPr>
          <w:b/>
        </w:rPr>
        <w:t>What could you improve?</w:t>
      </w:r>
    </w:p>
    <w:p w14:paraId="70252811" w14:textId="77777777" w:rsidR="000E2108" w:rsidRDefault="009D701B">
      <w:pPr>
        <w:spacing w:after="20"/>
      </w:pPr>
      <w:r>
        <w:t>............................................................................................................................</w:t>
      </w:r>
    </w:p>
    <w:p w14:paraId="5C7EF8CE" w14:textId="77777777" w:rsidR="000E2108" w:rsidRDefault="009D701B">
      <w:pPr>
        <w:spacing w:after="100"/>
      </w:pPr>
      <w:r>
        <w:t>............................................................................................................................</w:t>
      </w:r>
    </w:p>
    <w:p w14:paraId="0E1BCE95" w14:textId="77777777" w:rsidR="000E2108" w:rsidRDefault="009D701B">
      <w:pPr>
        <w:spacing w:after="60"/>
      </w:pPr>
      <w:r>
        <w:rPr>
          <w:b/>
          <w:sz w:val="22"/>
        </w:rPr>
        <w:t>☐</w:t>
      </w:r>
      <w:r>
        <w:rPr>
          <w:b/>
          <w:sz w:val="22"/>
        </w:rPr>
        <w:t xml:space="preserve"> 21. Does learning make its way back to the people who need it?</w:t>
      </w:r>
    </w:p>
    <w:p w14:paraId="5BD0D224" w14:textId="77777777" w:rsidR="000E2108" w:rsidRDefault="009D701B">
      <w:pPr>
        <w:spacing w:after="60"/>
      </w:pPr>
      <w:r>
        <w:t>Look at recent reports and resulting actions.</w:t>
      </w:r>
    </w:p>
    <w:p w14:paraId="751A88C4" w14:textId="77777777" w:rsidR="000E2108" w:rsidRDefault="009D701B">
      <w:pPr>
        <w:spacing w:after="60"/>
      </w:pPr>
      <w:r>
        <w:rPr>
          <w:b/>
        </w:rPr>
        <w:t xml:space="preserve">Ask: </w:t>
      </w:r>
      <w:r>
        <w:t>Did the people who raised the issue hear what happened? Were lessons shared with other teams that could face the same problem?</w:t>
      </w:r>
    </w:p>
    <w:p w14:paraId="15FDB14E" w14:textId="77777777" w:rsidR="000E2108" w:rsidRDefault="009D701B">
      <w:pPr>
        <w:spacing w:before="40" w:after="20"/>
      </w:pPr>
      <w:r>
        <w:rPr>
          <w:b/>
        </w:rPr>
        <w:t>What did you find?</w:t>
      </w:r>
    </w:p>
    <w:p w14:paraId="4087B89B" w14:textId="77777777" w:rsidR="000E2108" w:rsidRDefault="009D701B">
      <w:pPr>
        <w:spacing w:after="20"/>
      </w:pPr>
      <w:r>
        <w:lastRenderedPageBreak/>
        <w:t>............................................................................................................................</w:t>
      </w:r>
    </w:p>
    <w:p w14:paraId="31C1DFC9" w14:textId="77777777" w:rsidR="000E2108" w:rsidRDefault="009D701B">
      <w:pPr>
        <w:spacing w:after="100"/>
      </w:pPr>
      <w:r>
        <w:t>............................................................................................................................</w:t>
      </w:r>
    </w:p>
    <w:p w14:paraId="75B2F4D0" w14:textId="77777777" w:rsidR="000E2108" w:rsidRDefault="009D701B">
      <w:pPr>
        <w:spacing w:before="40" w:after="20"/>
      </w:pPr>
      <w:r>
        <w:rPr>
          <w:b/>
        </w:rPr>
        <w:t>What could you improve?</w:t>
      </w:r>
    </w:p>
    <w:p w14:paraId="6D66C4BF" w14:textId="77777777" w:rsidR="000E2108" w:rsidRDefault="009D701B">
      <w:pPr>
        <w:spacing w:after="20"/>
      </w:pPr>
      <w:r>
        <w:t>............................................................................................................................</w:t>
      </w:r>
    </w:p>
    <w:p w14:paraId="1A96D6E3" w14:textId="77777777" w:rsidR="000E2108" w:rsidRDefault="009D701B">
      <w:pPr>
        <w:spacing w:after="100"/>
      </w:pPr>
      <w:r>
        <w:t>............................................................................................................................</w:t>
      </w:r>
    </w:p>
    <w:p w14:paraId="27BE93EA" w14:textId="77777777" w:rsidR="000E2108" w:rsidRDefault="009D701B">
      <w:r>
        <w:br w:type="page"/>
      </w:r>
    </w:p>
    <w:p w14:paraId="553D3C7E" w14:textId="77777777" w:rsidR="000E2108" w:rsidRDefault="009D701B">
      <w:pPr>
        <w:pStyle w:val="Heading1"/>
      </w:pPr>
      <w:r>
        <w:lastRenderedPageBreak/>
        <w:t>What did you learn?</w:t>
      </w:r>
    </w:p>
    <w:p w14:paraId="2946885D" w14:textId="77777777" w:rsidR="000E2108" w:rsidRDefault="009D701B">
      <w:pPr>
        <w:spacing w:after="100"/>
      </w:pPr>
      <w:r>
        <w:t>Don't turn your answers into a score. Instead, look back across the seven areas and consider the patterns, differences and gaps that emerged.</w:t>
      </w:r>
    </w:p>
    <w:p w14:paraId="11EA226B" w14:textId="77777777" w:rsidR="000E2108" w:rsidRDefault="009D701B">
      <w:pPr>
        <w:spacing w:after="100"/>
      </w:pPr>
      <w:r>
        <w:rPr>
          <w:b/>
        </w:rPr>
        <w:t xml:space="preserve">Where did people's answers differ most? </w:t>
      </w:r>
      <w:r>
        <w:t>Differences between management and frontline perceptions may be particularly revealing.</w:t>
      </w:r>
    </w:p>
    <w:p w14:paraId="5E37130C" w14:textId="77777777" w:rsidR="000E2108" w:rsidRDefault="009D701B">
      <w:pPr>
        <w:spacing w:after="100"/>
      </w:pPr>
      <w:r>
        <w:rPr>
          <w:b/>
        </w:rPr>
        <w:t xml:space="preserve">Where did you struggle to find real examples? </w:t>
      </w:r>
      <w:r>
        <w:t>If something supposedly happens routinely but nobody can give you an example, that is worth exploring.</w:t>
      </w:r>
    </w:p>
    <w:p w14:paraId="01E2ABB3" w14:textId="77777777" w:rsidR="000E2108" w:rsidRDefault="009D701B">
      <w:pPr>
        <w:spacing w:after="100"/>
      </w:pPr>
      <w:r>
        <w:rPr>
          <w:b/>
        </w:rPr>
        <w:t xml:space="preserve">Where are you relying on systems rather than experience? </w:t>
      </w:r>
      <w:r>
        <w:t>Having a procedure, meeting, reporting system or training programme does not necessarily tell you how well it works.</w:t>
      </w:r>
    </w:p>
    <w:p w14:paraId="6FE19A90" w14:textId="77777777" w:rsidR="000E2108" w:rsidRDefault="009D701B">
      <w:pPr>
        <w:spacing w:after="100"/>
      </w:pPr>
      <w:r>
        <w:rPr>
          <w:b/>
        </w:rPr>
        <w:t xml:space="preserve">Which areas deserve more attention? </w:t>
      </w:r>
      <w:r>
        <w:t>Resist the temptation to create a long list. Prioritise the findings where action could make the most useful difference.</w:t>
      </w:r>
    </w:p>
    <w:p w14:paraId="3CF36A6B" w14:textId="77777777" w:rsidR="000E2108" w:rsidRDefault="009D701B">
      <w:pPr>
        <w:pStyle w:val="Heading1"/>
      </w:pPr>
      <w:r>
        <w:t>Your Safety Culture Action Plan</w:t>
      </w:r>
    </w:p>
    <w:p w14:paraId="61466F33" w14:textId="77777777" w:rsidR="000E2108" w:rsidRDefault="009D701B">
      <w:pPr>
        <w:spacing w:after="100"/>
      </w:pPr>
      <w:r>
        <w:t>Use the table below to capture the actions you want to take from your review. Refer back to the relevant question number so you can easily see what prompted the action.</w:t>
      </w:r>
    </w:p>
    <w:tbl>
      <w:tblPr>
        <w:tblStyle w:val="TableGrid"/>
        <w:tblW w:w="0" w:type="auto"/>
        <w:jc w:val="center"/>
        <w:tblLook w:val="04A0" w:firstRow="1" w:lastRow="0" w:firstColumn="1" w:lastColumn="0" w:noHBand="0" w:noVBand="1"/>
      </w:tblPr>
      <w:tblGrid>
        <w:gridCol w:w="2060"/>
        <w:gridCol w:w="4081"/>
        <w:gridCol w:w="1975"/>
        <w:gridCol w:w="1954"/>
      </w:tblGrid>
      <w:tr w:rsidR="000E2108" w14:paraId="5F1D7066" w14:textId="77777777">
        <w:trPr>
          <w:tblHeader/>
          <w:jc w:val="center"/>
        </w:trPr>
        <w:tc>
          <w:tcPr>
            <w:tcW w:w="2520" w:type="dxa"/>
            <w:shd w:val="clear" w:color="auto" w:fill="D9EAD3"/>
            <w:vAlign w:val="center"/>
          </w:tcPr>
          <w:p w14:paraId="6624D9AE" w14:textId="77777777" w:rsidR="000E2108" w:rsidRDefault="009D701B">
            <w:r>
              <w:rPr>
                <w:b/>
              </w:rPr>
              <w:t>Question no.</w:t>
            </w:r>
          </w:p>
        </w:tc>
        <w:tc>
          <w:tcPr>
            <w:tcW w:w="2520" w:type="dxa"/>
            <w:shd w:val="clear" w:color="auto" w:fill="D9EAD3"/>
            <w:vAlign w:val="center"/>
          </w:tcPr>
          <w:p w14:paraId="2EBFE677" w14:textId="77777777" w:rsidR="000E2108" w:rsidRDefault="009D701B">
            <w:r>
              <w:rPr>
                <w:b/>
              </w:rPr>
              <w:t>Action(s)</w:t>
            </w:r>
          </w:p>
        </w:tc>
        <w:tc>
          <w:tcPr>
            <w:tcW w:w="2520" w:type="dxa"/>
            <w:shd w:val="clear" w:color="auto" w:fill="D9EAD3"/>
            <w:vAlign w:val="center"/>
          </w:tcPr>
          <w:p w14:paraId="12F93F8C" w14:textId="77777777" w:rsidR="000E2108" w:rsidRDefault="009D701B">
            <w:r>
              <w:rPr>
                <w:b/>
              </w:rPr>
              <w:t>By whom</w:t>
            </w:r>
          </w:p>
        </w:tc>
        <w:tc>
          <w:tcPr>
            <w:tcW w:w="2520" w:type="dxa"/>
            <w:shd w:val="clear" w:color="auto" w:fill="D9EAD3"/>
            <w:vAlign w:val="center"/>
          </w:tcPr>
          <w:p w14:paraId="7F0788F1" w14:textId="77777777" w:rsidR="000E2108" w:rsidRDefault="009D701B">
            <w:r>
              <w:rPr>
                <w:b/>
              </w:rPr>
              <w:t>By when</w:t>
            </w:r>
          </w:p>
        </w:tc>
      </w:tr>
      <w:tr w:rsidR="000E2108" w14:paraId="7781B714" w14:textId="77777777">
        <w:trPr>
          <w:jc w:val="center"/>
        </w:trPr>
        <w:tc>
          <w:tcPr>
            <w:tcW w:w="1296" w:type="dxa"/>
          </w:tcPr>
          <w:p w14:paraId="076DD3CC" w14:textId="77777777" w:rsidR="000E2108" w:rsidRDefault="009D701B">
            <w:r>
              <w:br/>
            </w:r>
            <w:r>
              <w:br/>
            </w:r>
          </w:p>
        </w:tc>
        <w:tc>
          <w:tcPr>
            <w:tcW w:w="5472" w:type="dxa"/>
          </w:tcPr>
          <w:p w14:paraId="1B62EB50" w14:textId="77777777" w:rsidR="000E2108" w:rsidRDefault="009D701B">
            <w:r>
              <w:br/>
            </w:r>
            <w:r>
              <w:br/>
            </w:r>
          </w:p>
        </w:tc>
        <w:tc>
          <w:tcPr>
            <w:tcW w:w="1944" w:type="dxa"/>
          </w:tcPr>
          <w:p w14:paraId="3CEA2A5D" w14:textId="77777777" w:rsidR="000E2108" w:rsidRDefault="009D701B">
            <w:r>
              <w:br/>
            </w:r>
            <w:r>
              <w:br/>
            </w:r>
          </w:p>
        </w:tc>
        <w:tc>
          <w:tcPr>
            <w:tcW w:w="1800" w:type="dxa"/>
          </w:tcPr>
          <w:p w14:paraId="7E680481" w14:textId="77777777" w:rsidR="000E2108" w:rsidRDefault="009D701B">
            <w:r>
              <w:br/>
            </w:r>
            <w:r>
              <w:br/>
            </w:r>
          </w:p>
        </w:tc>
      </w:tr>
      <w:tr w:rsidR="000E2108" w14:paraId="74CDC395" w14:textId="77777777">
        <w:trPr>
          <w:jc w:val="center"/>
        </w:trPr>
        <w:tc>
          <w:tcPr>
            <w:tcW w:w="1296" w:type="dxa"/>
          </w:tcPr>
          <w:p w14:paraId="465981F6" w14:textId="77777777" w:rsidR="000E2108" w:rsidRDefault="009D701B">
            <w:r>
              <w:br/>
            </w:r>
            <w:r>
              <w:br/>
            </w:r>
          </w:p>
        </w:tc>
        <w:tc>
          <w:tcPr>
            <w:tcW w:w="5472" w:type="dxa"/>
          </w:tcPr>
          <w:p w14:paraId="72DB9268" w14:textId="77777777" w:rsidR="000E2108" w:rsidRDefault="009D701B">
            <w:r>
              <w:br/>
            </w:r>
            <w:r>
              <w:br/>
            </w:r>
          </w:p>
        </w:tc>
        <w:tc>
          <w:tcPr>
            <w:tcW w:w="1944" w:type="dxa"/>
          </w:tcPr>
          <w:p w14:paraId="6C8C8A07" w14:textId="77777777" w:rsidR="000E2108" w:rsidRDefault="009D701B">
            <w:r>
              <w:br/>
            </w:r>
            <w:r>
              <w:br/>
            </w:r>
          </w:p>
        </w:tc>
        <w:tc>
          <w:tcPr>
            <w:tcW w:w="1800" w:type="dxa"/>
          </w:tcPr>
          <w:p w14:paraId="66981E42" w14:textId="77777777" w:rsidR="000E2108" w:rsidRDefault="009D701B">
            <w:r>
              <w:br/>
            </w:r>
            <w:r>
              <w:br/>
            </w:r>
          </w:p>
        </w:tc>
      </w:tr>
      <w:tr w:rsidR="000E2108" w14:paraId="5D0F8A3A" w14:textId="77777777">
        <w:trPr>
          <w:jc w:val="center"/>
        </w:trPr>
        <w:tc>
          <w:tcPr>
            <w:tcW w:w="1296" w:type="dxa"/>
          </w:tcPr>
          <w:p w14:paraId="14D523C4" w14:textId="77777777" w:rsidR="000E2108" w:rsidRDefault="009D701B">
            <w:r>
              <w:br/>
            </w:r>
            <w:r>
              <w:br/>
            </w:r>
          </w:p>
        </w:tc>
        <w:tc>
          <w:tcPr>
            <w:tcW w:w="5472" w:type="dxa"/>
          </w:tcPr>
          <w:p w14:paraId="4FC9DAC3" w14:textId="77777777" w:rsidR="000E2108" w:rsidRDefault="009D701B">
            <w:r>
              <w:br/>
            </w:r>
            <w:r>
              <w:br/>
            </w:r>
          </w:p>
        </w:tc>
        <w:tc>
          <w:tcPr>
            <w:tcW w:w="1944" w:type="dxa"/>
          </w:tcPr>
          <w:p w14:paraId="0DDA4C66" w14:textId="77777777" w:rsidR="000E2108" w:rsidRDefault="009D701B">
            <w:r>
              <w:br/>
            </w:r>
            <w:r>
              <w:br/>
            </w:r>
          </w:p>
        </w:tc>
        <w:tc>
          <w:tcPr>
            <w:tcW w:w="1800" w:type="dxa"/>
          </w:tcPr>
          <w:p w14:paraId="0AB1AB91" w14:textId="77777777" w:rsidR="000E2108" w:rsidRDefault="009D701B">
            <w:r>
              <w:br/>
            </w:r>
            <w:r>
              <w:br/>
            </w:r>
          </w:p>
        </w:tc>
      </w:tr>
      <w:tr w:rsidR="000E2108" w14:paraId="405814C2" w14:textId="77777777">
        <w:trPr>
          <w:jc w:val="center"/>
        </w:trPr>
        <w:tc>
          <w:tcPr>
            <w:tcW w:w="1296" w:type="dxa"/>
          </w:tcPr>
          <w:p w14:paraId="3836C7E2" w14:textId="77777777" w:rsidR="000E2108" w:rsidRDefault="009D701B">
            <w:r>
              <w:br/>
            </w:r>
            <w:r>
              <w:br/>
            </w:r>
          </w:p>
        </w:tc>
        <w:tc>
          <w:tcPr>
            <w:tcW w:w="5472" w:type="dxa"/>
          </w:tcPr>
          <w:p w14:paraId="289F09C3" w14:textId="77777777" w:rsidR="000E2108" w:rsidRDefault="009D701B">
            <w:r>
              <w:br/>
            </w:r>
            <w:r>
              <w:br/>
            </w:r>
          </w:p>
        </w:tc>
        <w:tc>
          <w:tcPr>
            <w:tcW w:w="1944" w:type="dxa"/>
          </w:tcPr>
          <w:p w14:paraId="78463D73" w14:textId="77777777" w:rsidR="000E2108" w:rsidRDefault="009D701B">
            <w:r>
              <w:br/>
            </w:r>
            <w:r>
              <w:br/>
            </w:r>
          </w:p>
        </w:tc>
        <w:tc>
          <w:tcPr>
            <w:tcW w:w="1800" w:type="dxa"/>
          </w:tcPr>
          <w:p w14:paraId="39B06D26" w14:textId="77777777" w:rsidR="000E2108" w:rsidRDefault="009D701B">
            <w:r>
              <w:br/>
            </w:r>
            <w:r>
              <w:br/>
            </w:r>
          </w:p>
        </w:tc>
      </w:tr>
      <w:tr w:rsidR="000E2108" w14:paraId="0255A599" w14:textId="77777777">
        <w:trPr>
          <w:jc w:val="center"/>
        </w:trPr>
        <w:tc>
          <w:tcPr>
            <w:tcW w:w="1296" w:type="dxa"/>
          </w:tcPr>
          <w:p w14:paraId="0E213B09" w14:textId="77777777" w:rsidR="000E2108" w:rsidRDefault="009D701B">
            <w:r>
              <w:br/>
            </w:r>
            <w:r>
              <w:br/>
            </w:r>
          </w:p>
        </w:tc>
        <w:tc>
          <w:tcPr>
            <w:tcW w:w="5472" w:type="dxa"/>
          </w:tcPr>
          <w:p w14:paraId="2BE2729B" w14:textId="77777777" w:rsidR="000E2108" w:rsidRDefault="009D701B">
            <w:r>
              <w:br/>
            </w:r>
            <w:r>
              <w:br/>
            </w:r>
          </w:p>
        </w:tc>
        <w:tc>
          <w:tcPr>
            <w:tcW w:w="1944" w:type="dxa"/>
          </w:tcPr>
          <w:p w14:paraId="29536FD7" w14:textId="77777777" w:rsidR="000E2108" w:rsidRDefault="009D701B">
            <w:r>
              <w:br/>
            </w:r>
            <w:r>
              <w:br/>
            </w:r>
          </w:p>
        </w:tc>
        <w:tc>
          <w:tcPr>
            <w:tcW w:w="1800" w:type="dxa"/>
          </w:tcPr>
          <w:p w14:paraId="00F6422F" w14:textId="77777777" w:rsidR="000E2108" w:rsidRDefault="009D701B">
            <w:r>
              <w:br/>
            </w:r>
            <w:r>
              <w:br/>
            </w:r>
          </w:p>
        </w:tc>
      </w:tr>
      <w:tr w:rsidR="000E2108" w14:paraId="25D7C6D7" w14:textId="77777777">
        <w:trPr>
          <w:jc w:val="center"/>
        </w:trPr>
        <w:tc>
          <w:tcPr>
            <w:tcW w:w="1296" w:type="dxa"/>
          </w:tcPr>
          <w:p w14:paraId="2ABE8B9E" w14:textId="77777777" w:rsidR="000E2108" w:rsidRDefault="009D701B">
            <w:r>
              <w:br/>
            </w:r>
            <w:r>
              <w:br/>
            </w:r>
          </w:p>
        </w:tc>
        <w:tc>
          <w:tcPr>
            <w:tcW w:w="5472" w:type="dxa"/>
          </w:tcPr>
          <w:p w14:paraId="6AFEF1BD" w14:textId="77777777" w:rsidR="000E2108" w:rsidRDefault="009D701B">
            <w:r>
              <w:br/>
            </w:r>
            <w:r>
              <w:br/>
            </w:r>
          </w:p>
        </w:tc>
        <w:tc>
          <w:tcPr>
            <w:tcW w:w="1944" w:type="dxa"/>
          </w:tcPr>
          <w:p w14:paraId="518CE033" w14:textId="77777777" w:rsidR="000E2108" w:rsidRDefault="009D701B">
            <w:r>
              <w:br/>
            </w:r>
            <w:r>
              <w:br/>
            </w:r>
          </w:p>
        </w:tc>
        <w:tc>
          <w:tcPr>
            <w:tcW w:w="1800" w:type="dxa"/>
          </w:tcPr>
          <w:p w14:paraId="2481E26A" w14:textId="77777777" w:rsidR="000E2108" w:rsidRDefault="009D701B">
            <w:r>
              <w:br/>
            </w:r>
            <w:r>
              <w:br/>
            </w:r>
          </w:p>
        </w:tc>
      </w:tr>
      <w:tr w:rsidR="000E2108" w14:paraId="2664A7C5" w14:textId="77777777">
        <w:trPr>
          <w:jc w:val="center"/>
        </w:trPr>
        <w:tc>
          <w:tcPr>
            <w:tcW w:w="1296" w:type="dxa"/>
          </w:tcPr>
          <w:p w14:paraId="61F3E0C6" w14:textId="77777777" w:rsidR="000E2108" w:rsidRDefault="009D701B">
            <w:r>
              <w:br/>
            </w:r>
            <w:r>
              <w:br/>
            </w:r>
          </w:p>
        </w:tc>
        <w:tc>
          <w:tcPr>
            <w:tcW w:w="5472" w:type="dxa"/>
          </w:tcPr>
          <w:p w14:paraId="6402EE62" w14:textId="77777777" w:rsidR="000E2108" w:rsidRDefault="009D701B">
            <w:r>
              <w:br/>
            </w:r>
            <w:r>
              <w:br/>
            </w:r>
          </w:p>
        </w:tc>
        <w:tc>
          <w:tcPr>
            <w:tcW w:w="1944" w:type="dxa"/>
          </w:tcPr>
          <w:p w14:paraId="5F80195D" w14:textId="77777777" w:rsidR="000E2108" w:rsidRDefault="009D701B">
            <w:r>
              <w:br/>
            </w:r>
            <w:r>
              <w:br/>
            </w:r>
          </w:p>
        </w:tc>
        <w:tc>
          <w:tcPr>
            <w:tcW w:w="1800" w:type="dxa"/>
          </w:tcPr>
          <w:p w14:paraId="5059F6FA" w14:textId="77777777" w:rsidR="000E2108" w:rsidRDefault="009D701B">
            <w:r>
              <w:br/>
            </w:r>
            <w:r>
              <w:br/>
            </w:r>
          </w:p>
        </w:tc>
      </w:tr>
      <w:tr w:rsidR="000E2108" w14:paraId="623A21F5" w14:textId="77777777">
        <w:trPr>
          <w:jc w:val="center"/>
        </w:trPr>
        <w:tc>
          <w:tcPr>
            <w:tcW w:w="1296" w:type="dxa"/>
          </w:tcPr>
          <w:p w14:paraId="7E84E6F6" w14:textId="77777777" w:rsidR="000E2108" w:rsidRDefault="009D701B">
            <w:r>
              <w:br/>
            </w:r>
            <w:r>
              <w:br/>
            </w:r>
          </w:p>
        </w:tc>
        <w:tc>
          <w:tcPr>
            <w:tcW w:w="5472" w:type="dxa"/>
          </w:tcPr>
          <w:p w14:paraId="4B9D66A0" w14:textId="77777777" w:rsidR="000E2108" w:rsidRDefault="009D701B">
            <w:r>
              <w:br/>
            </w:r>
            <w:r>
              <w:br/>
            </w:r>
          </w:p>
        </w:tc>
        <w:tc>
          <w:tcPr>
            <w:tcW w:w="1944" w:type="dxa"/>
          </w:tcPr>
          <w:p w14:paraId="7076DA52" w14:textId="77777777" w:rsidR="000E2108" w:rsidRDefault="009D701B">
            <w:r>
              <w:br/>
            </w:r>
            <w:r>
              <w:br/>
            </w:r>
          </w:p>
        </w:tc>
        <w:tc>
          <w:tcPr>
            <w:tcW w:w="1800" w:type="dxa"/>
          </w:tcPr>
          <w:p w14:paraId="1AA25F99" w14:textId="77777777" w:rsidR="000E2108" w:rsidRDefault="009D701B">
            <w:r>
              <w:br/>
            </w:r>
            <w:r>
              <w:br/>
            </w:r>
          </w:p>
        </w:tc>
      </w:tr>
      <w:tr w:rsidR="000E2108" w14:paraId="53F37367" w14:textId="77777777">
        <w:trPr>
          <w:jc w:val="center"/>
        </w:trPr>
        <w:tc>
          <w:tcPr>
            <w:tcW w:w="1296" w:type="dxa"/>
          </w:tcPr>
          <w:p w14:paraId="6B35A8BD" w14:textId="77777777" w:rsidR="000E2108" w:rsidRDefault="009D701B">
            <w:r>
              <w:br/>
            </w:r>
            <w:r>
              <w:br/>
            </w:r>
          </w:p>
        </w:tc>
        <w:tc>
          <w:tcPr>
            <w:tcW w:w="5472" w:type="dxa"/>
          </w:tcPr>
          <w:p w14:paraId="04975AB7" w14:textId="77777777" w:rsidR="000E2108" w:rsidRDefault="009D701B">
            <w:r>
              <w:br/>
            </w:r>
            <w:r>
              <w:br/>
            </w:r>
          </w:p>
        </w:tc>
        <w:tc>
          <w:tcPr>
            <w:tcW w:w="1944" w:type="dxa"/>
          </w:tcPr>
          <w:p w14:paraId="3D7FE24B" w14:textId="77777777" w:rsidR="000E2108" w:rsidRDefault="009D701B">
            <w:r>
              <w:br/>
            </w:r>
            <w:r>
              <w:br/>
            </w:r>
          </w:p>
        </w:tc>
        <w:tc>
          <w:tcPr>
            <w:tcW w:w="1800" w:type="dxa"/>
          </w:tcPr>
          <w:p w14:paraId="6E19197B" w14:textId="77777777" w:rsidR="000E2108" w:rsidRDefault="009D701B">
            <w:r>
              <w:br/>
            </w:r>
            <w:r>
              <w:br/>
            </w:r>
          </w:p>
        </w:tc>
      </w:tr>
      <w:tr w:rsidR="000E2108" w14:paraId="00B11A1D" w14:textId="77777777">
        <w:trPr>
          <w:jc w:val="center"/>
        </w:trPr>
        <w:tc>
          <w:tcPr>
            <w:tcW w:w="1296" w:type="dxa"/>
          </w:tcPr>
          <w:p w14:paraId="3D9F09AA" w14:textId="77777777" w:rsidR="000E2108" w:rsidRDefault="009D701B">
            <w:r>
              <w:br/>
            </w:r>
            <w:r>
              <w:br/>
            </w:r>
          </w:p>
        </w:tc>
        <w:tc>
          <w:tcPr>
            <w:tcW w:w="5472" w:type="dxa"/>
          </w:tcPr>
          <w:p w14:paraId="19429108" w14:textId="77777777" w:rsidR="000E2108" w:rsidRDefault="009D701B">
            <w:r>
              <w:br/>
            </w:r>
            <w:r>
              <w:br/>
            </w:r>
          </w:p>
        </w:tc>
        <w:tc>
          <w:tcPr>
            <w:tcW w:w="1944" w:type="dxa"/>
          </w:tcPr>
          <w:p w14:paraId="29C2A451" w14:textId="77777777" w:rsidR="000E2108" w:rsidRDefault="009D701B">
            <w:r>
              <w:br/>
            </w:r>
            <w:r>
              <w:br/>
            </w:r>
          </w:p>
        </w:tc>
        <w:tc>
          <w:tcPr>
            <w:tcW w:w="1800" w:type="dxa"/>
          </w:tcPr>
          <w:p w14:paraId="2B268B0C" w14:textId="77777777" w:rsidR="000E2108" w:rsidRDefault="009D701B">
            <w:r>
              <w:br/>
            </w:r>
            <w:r>
              <w:br/>
            </w:r>
          </w:p>
        </w:tc>
      </w:tr>
    </w:tbl>
    <w:p w14:paraId="25437A57" w14:textId="77777777" w:rsidR="000E2108" w:rsidRDefault="000E2108"/>
    <w:p w14:paraId="28B9311A" w14:textId="77777777" w:rsidR="000E2108" w:rsidRDefault="009D701B">
      <w:pPr>
        <w:spacing w:after="100"/>
      </w:pPr>
      <w:r>
        <w:rPr>
          <w:i/>
          <w:sz w:val="17"/>
        </w:rPr>
        <w:lastRenderedPageBreak/>
        <w:t>Source basis: adapted from the Health and Safety Executive (HSE) Inspector's Toolkit - Common Topic 4: Safety Culture. The wording and format have been adapted for organisational self-review.</w:t>
      </w:r>
    </w:p>
    <w:sectPr w:rsidR="000E2108"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0157357">
    <w:abstractNumId w:val="8"/>
  </w:num>
  <w:num w:numId="2" w16cid:durableId="1706175525">
    <w:abstractNumId w:val="6"/>
  </w:num>
  <w:num w:numId="3" w16cid:durableId="852303388">
    <w:abstractNumId w:val="5"/>
  </w:num>
  <w:num w:numId="4" w16cid:durableId="163982822">
    <w:abstractNumId w:val="4"/>
  </w:num>
  <w:num w:numId="5" w16cid:durableId="1693263194">
    <w:abstractNumId w:val="7"/>
  </w:num>
  <w:num w:numId="6" w16cid:durableId="1638680690">
    <w:abstractNumId w:val="3"/>
  </w:num>
  <w:num w:numId="7" w16cid:durableId="1389648152">
    <w:abstractNumId w:val="2"/>
  </w:num>
  <w:num w:numId="8" w16cid:durableId="675764137">
    <w:abstractNumId w:val="1"/>
  </w:num>
  <w:num w:numId="9" w16cid:durableId="68933449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E2108"/>
    <w:rsid w:val="0015074B"/>
    <w:rsid w:val="001B03CB"/>
    <w:rsid w:val="0029639D"/>
    <w:rsid w:val="00326F90"/>
    <w:rsid w:val="00460A9D"/>
    <w:rsid w:val="009D701B"/>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51C8A6D"/>
  <w14:defaultImageDpi w14:val="300"/>
  <w15:docId w15:val="{CC1345AE-AF38-45C1-9894-70400CA6CC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0"/>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3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3127</Words>
  <Characters>17827</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20913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Dawn Simmons</cp:lastModifiedBy>
  <cp:revision>2</cp:revision>
  <dcterms:created xsi:type="dcterms:W3CDTF">2026-08-10T11:21:00Z</dcterms:created>
  <dcterms:modified xsi:type="dcterms:W3CDTF">2026-08-10T11:21:00Z</dcterms:modified>
  <cp:category/>
</cp:coreProperties>
</file>